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7EB19" w14:textId="5152BAF4" w:rsidR="00D4044B" w:rsidRPr="000E042A" w:rsidRDefault="00517A78">
      <w:pPr>
        <w:jc w:val="center"/>
      </w:pPr>
      <w:r>
        <w:rPr>
          <w:b/>
          <w:sz w:val="40"/>
        </w:rPr>
        <w:t>Bank</w:t>
      </w:r>
    </w:p>
    <w:p w14:paraId="4F43003D" w14:textId="3B5BA7AE" w:rsidR="00D4044B" w:rsidRPr="000E042A" w:rsidRDefault="00181D3A">
      <w:pPr>
        <w:jc w:val="center"/>
      </w:pPr>
      <w:r w:rsidRPr="000E042A">
        <w:rPr>
          <w:b/>
          <w:sz w:val="28"/>
        </w:rPr>
        <w:t>Vendor AI Due Diligence Question</w:t>
      </w:r>
      <w:r w:rsidR="000E042A">
        <w:rPr>
          <w:b/>
          <w:sz w:val="28"/>
        </w:rPr>
        <w:t>naire</w:t>
      </w:r>
    </w:p>
    <w:p w14:paraId="66540D7F" w14:textId="79A21539" w:rsidR="00D4044B" w:rsidRPr="000E042A" w:rsidRDefault="00181D3A">
      <w:pPr>
        <w:pStyle w:val="Heading1"/>
        <w:rPr>
          <w:color w:val="auto"/>
        </w:rPr>
      </w:pPr>
      <w:r w:rsidRPr="000E042A">
        <w:rPr>
          <w:color w:val="auto"/>
        </w:rPr>
        <w:t>AI Use and Functionality</w:t>
      </w:r>
    </w:p>
    <w:p w14:paraId="4196ACBC" w14:textId="77777777" w:rsidR="00D4044B" w:rsidRPr="000E042A" w:rsidRDefault="00181D3A" w:rsidP="00181D3A">
      <w:pPr>
        <w:pStyle w:val="ListBullet"/>
        <w:numPr>
          <w:ilvl w:val="0"/>
          <w:numId w:val="10"/>
        </w:numPr>
      </w:pPr>
      <w:r w:rsidRPr="000E042A">
        <w:t xml:space="preserve">Will any products or services </w:t>
      </w:r>
      <w:proofErr w:type="gramStart"/>
      <w:r w:rsidRPr="000E042A">
        <w:t>provided</w:t>
      </w:r>
      <w:proofErr w:type="gramEnd"/>
      <w:r w:rsidRPr="000E042A">
        <w:t xml:space="preserve"> use artificial intelligence? If yes, describe exactly how AI is used and for what functions.</w:t>
      </w:r>
    </w:p>
    <w:p w14:paraId="4C6D7BD7" w14:textId="77777777" w:rsidR="00D4044B" w:rsidRPr="000E042A" w:rsidRDefault="00181D3A" w:rsidP="00181D3A">
      <w:pPr>
        <w:pStyle w:val="ListBullet"/>
        <w:numPr>
          <w:ilvl w:val="0"/>
          <w:numId w:val="10"/>
        </w:numPr>
      </w:pPr>
      <w:r w:rsidRPr="000E042A">
        <w:t>What type(s) of AI are used (e.g., Generative, Predictive, NLP, Document Analysis, Code Generation)?</w:t>
      </w:r>
    </w:p>
    <w:p w14:paraId="1F34D541" w14:textId="77777777" w:rsidR="00D4044B" w:rsidRPr="000E042A" w:rsidRDefault="00181D3A" w:rsidP="00181D3A">
      <w:pPr>
        <w:pStyle w:val="ListBullet"/>
        <w:numPr>
          <w:ilvl w:val="0"/>
          <w:numId w:val="10"/>
        </w:numPr>
      </w:pPr>
      <w:r w:rsidRPr="000E042A">
        <w:t>Does the AI generate text, images, video, audio, software code, or other content? If yes, describe guardrails and human review expectations.</w:t>
      </w:r>
    </w:p>
    <w:p w14:paraId="48E5D28A" w14:textId="77777777" w:rsidR="00D4044B" w:rsidRPr="000E042A" w:rsidRDefault="00181D3A" w:rsidP="00181D3A">
      <w:pPr>
        <w:pStyle w:val="ListBullet"/>
        <w:numPr>
          <w:ilvl w:val="0"/>
          <w:numId w:val="10"/>
        </w:numPr>
      </w:pPr>
      <w:r w:rsidRPr="000E042A">
        <w:t>Is the AI capability optional and configurable? Can AI features be disabled if needed?</w:t>
      </w:r>
    </w:p>
    <w:p w14:paraId="33CACD41" w14:textId="67B82752" w:rsidR="00D4044B" w:rsidRPr="000E042A" w:rsidRDefault="00181D3A">
      <w:pPr>
        <w:pStyle w:val="Heading1"/>
        <w:rPr>
          <w:color w:val="auto"/>
        </w:rPr>
      </w:pPr>
      <w:r w:rsidRPr="000E042A">
        <w:rPr>
          <w:color w:val="auto"/>
        </w:rPr>
        <w:t>Data Handling, Privacy, and Retention</w:t>
      </w:r>
    </w:p>
    <w:p w14:paraId="0630F748" w14:textId="77777777" w:rsidR="00D4044B" w:rsidRPr="000E042A" w:rsidRDefault="00181D3A" w:rsidP="00181D3A">
      <w:pPr>
        <w:pStyle w:val="ListBullet"/>
        <w:numPr>
          <w:ilvl w:val="0"/>
          <w:numId w:val="11"/>
        </w:numPr>
      </w:pPr>
      <w:r w:rsidRPr="000E042A">
        <w:t>What data does the AI process (Bank data, customer NPI, internal documents, logs, prompts)? Provide examples.</w:t>
      </w:r>
    </w:p>
    <w:p w14:paraId="1F8B2F45" w14:textId="77777777" w:rsidR="00D4044B" w:rsidRPr="000E042A" w:rsidRDefault="00181D3A" w:rsidP="00181D3A">
      <w:pPr>
        <w:pStyle w:val="ListBullet"/>
        <w:numPr>
          <w:ilvl w:val="0"/>
          <w:numId w:val="11"/>
        </w:numPr>
      </w:pPr>
      <w:r w:rsidRPr="000E042A">
        <w:t>Is Bank data used to train or fine-tune any models? If yes, describe opt-out options and data separation controls.</w:t>
      </w:r>
    </w:p>
    <w:p w14:paraId="39A120B1" w14:textId="77777777" w:rsidR="00D4044B" w:rsidRPr="000E042A" w:rsidRDefault="00181D3A" w:rsidP="00181D3A">
      <w:pPr>
        <w:pStyle w:val="ListBullet"/>
        <w:numPr>
          <w:ilvl w:val="0"/>
          <w:numId w:val="11"/>
        </w:numPr>
      </w:pPr>
      <w:r w:rsidRPr="000E042A">
        <w:t>Is Bank data or Bank prompts retained? If yes, describe retention period, storage locations, access controls, and destruction process.</w:t>
      </w:r>
    </w:p>
    <w:p w14:paraId="756FE9BC" w14:textId="77777777" w:rsidR="00D4044B" w:rsidRPr="000E042A" w:rsidRDefault="00181D3A" w:rsidP="00181D3A">
      <w:pPr>
        <w:pStyle w:val="ListBullet"/>
        <w:numPr>
          <w:ilvl w:val="0"/>
          <w:numId w:val="11"/>
        </w:numPr>
      </w:pPr>
      <w:r w:rsidRPr="000E042A">
        <w:t xml:space="preserve">Is data </w:t>
      </w:r>
      <w:proofErr w:type="gramStart"/>
      <w:r w:rsidRPr="000E042A">
        <w:t>commingled</w:t>
      </w:r>
      <w:proofErr w:type="gramEnd"/>
      <w:r w:rsidRPr="000E042A">
        <w:t xml:space="preserve"> with other clients’ data? If yes, describe isolation controls and safeguards.</w:t>
      </w:r>
    </w:p>
    <w:p w14:paraId="6166BD6B" w14:textId="77777777" w:rsidR="00D4044B" w:rsidRPr="000E042A" w:rsidRDefault="00181D3A" w:rsidP="00181D3A">
      <w:pPr>
        <w:pStyle w:val="ListBullet"/>
        <w:numPr>
          <w:ilvl w:val="0"/>
          <w:numId w:val="11"/>
        </w:numPr>
      </w:pPr>
      <w:r w:rsidRPr="000E042A">
        <w:t>Do you use subcontractors or downstream processors for AI services? Provide a list and locations.</w:t>
      </w:r>
    </w:p>
    <w:p w14:paraId="3D7D8FE8" w14:textId="1B1DE2C3" w:rsidR="00D4044B" w:rsidRPr="000E042A" w:rsidRDefault="00181D3A">
      <w:pPr>
        <w:pStyle w:val="Heading1"/>
        <w:rPr>
          <w:color w:val="auto"/>
        </w:rPr>
      </w:pPr>
      <w:r w:rsidRPr="000E042A">
        <w:rPr>
          <w:color w:val="auto"/>
        </w:rPr>
        <w:t>Security Controls</w:t>
      </w:r>
    </w:p>
    <w:p w14:paraId="15068F8D" w14:textId="77777777" w:rsidR="00D4044B" w:rsidRPr="000E042A" w:rsidRDefault="00181D3A" w:rsidP="00181D3A">
      <w:pPr>
        <w:pStyle w:val="ListBullet"/>
        <w:numPr>
          <w:ilvl w:val="0"/>
          <w:numId w:val="12"/>
        </w:numPr>
      </w:pPr>
      <w:r w:rsidRPr="000E042A">
        <w:t>Describe security controls protecting data in transit and at rest, including encryption standards.</w:t>
      </w:r>
    </w:p>
    <w:p w14:paraId="37BDC6A6" w14:textId="77777777" w:rsidR="00D4044B" w:rsidRPr="000E042A" w:rsidRDefault="00181D3A" w:rsidP="00181D3A">
      <w:pPr>
        <w:pStyle w:val="ListBullet"/>
        <w:numPr>
          <w:ilvl w:val="0"/>
          <w:numId w:val="12"/>
        </w:numPr>
      </w:pPr>
      <w:r w:rsidRPr="000E042A">
        <w:t>Describe access control methods and administrative separation (least privilege, MFA, logging).</w:t>
      </w:r>
    </w:p>
    <w:p w14:paraId="067AB183" w14:textId="77777777" w:rsidR="00D4044B" w:rsidRPr="000E042A" w:rsidRDefault="00181D3A" w:rsidP="00181D3A">
      <w:pPr>
        <w:pStyle w:val="ListBullet"/>
        <w:numPr>
          <w:ilvl w:val="0"/>
          <w:numId w:val="12"/>
        </w:numPr>
      </w:pPr>
      <w:r w:rsidRPr="000E042A">
        <w:t>Describe monitoring and alerting for unauthorized access or unusual activity.</w:t>
      </w:r>
    </w:p>
    <w:p w14:paraId="2BF8B4F3" w14:textId="77777777" w:rsidR="00D4044B" w:rsidRPr="000E042A" w:rsidRDefault="00181D3A" w:rsidP="00181D3A">
      <w:pPr>
        <w:pStyle w:val="ListBullet"/>
        <w:numPr>
          <w:ilvl w:val="0"/>
          <w:numId w:val="12"/>
        </w:numPr>
      </w:pPr>
      <w:r w:rsidRPr="000E042A">
        <w:t>Describe incident response procedures and notification timelines for security or data events involving AI.</w:t>
      </w:r>
    </w:p>
    <w:p w14:paraId="2357AEAD" w14:textId="77777777" w:rsidR="00181D3A" w:rsidRDefault="00181D3A">
      <w:pPr>
        <w:pStyle w:val="Heading1"/>
        <w:rPr>
          <w:color w:val="auto"/>
        </w:rPr>
      </w:pPr>
    </w:p>
    <w:p w14:paraId="7F429741" w14:textId="17EABCBF" w:rsidR="00D4044B" w:rsidRPr="000E042A" w:rsidRDefault="00181D3A">
      <w:pPr>
        <w:pStyle w:val="Heading1"/>
        <w:rPr>
          <w:color w:val="auto"/>
        </w:rPr>
      </w:pPr>
      <w:r w:rsidRPr="000E042A">
        <w:rPr>
          <w:color w:val="auto"/>
        </w:rPr>
        <w:t>Governance, Testing, and Monitoring</w:t>
      </w:r>
    </w:p>
    <w:p w14:paraId="38B195AB" w14:textId="77777777" w:rsidR="00D4044B" w:rsidRPr="000E042A" w:rsidRDefault="00181D3A" w:rsidP="00181D3A">
      <w:pPr>
        <w:pStyle w:val="ListBullet"/>
        <w:numPr>
          <w:ilvl w:val="0"/>
          <w:numId w:val="13"/>
        </w:numPr>
      </w:pPr>
      <w:r w:rsidRPr="000E042A">
        <w:t>Do you have a written AI risk management governance document? Provide evidence.</w:t>
      </w:r>
    </w:p>
    <w:p w14:paraId="0FC7A11C" w14:textId="77777777" w:rsidR="00D4044B" w:rsidRPr="000E042A" w:rsidRDefault="00181D3A" w:rsidP="00181D3A">
      <w:pPr>
        <w:pStyle w:val="ListBullet"/>
        <w:numPr>
          <w:ilvl w:val="0"/>
          <w:numId w:val="13"/>
        </w:numPr>
      </w:pPr>
      <w:r w:rsidRPr="000E042A">
        <w:t>Do you have an AI test, evaluation, validation, and verification process? Provide evidence.</w:t>
      </w:r>
    </w:p>
    <w:p w14:paraId="787C566E" w14:textId="77777777" w:rsidR="00D4044B" w:rsidRPr="000E042A" w:rsidRDefault="00181D3A" w:rsidP="00181D3A">
      <w:pPr>
        <w:pStyle w:val="ListBullet"/>
        <w:numPr>
          <w:ilvl w:val="0"/>
          <w:numId w:val="13"/>
        </w:numPr>
      </w:pPr>
      <w:r w:rsidRPr="000E042A">
        <w:t>How do you monitor AI behavior in production (quality monitoring, drift monitoring if applicable, error tracking)? Provide evidence.</w:t>
      </w:r>
    </w:p>
    <w:p w14:paraId="550CC10E" w14:textId="77777777" w:rsidR="00D4044B" w:rsidRPr="000E042A" w:rsidRDefault="00181D3A" w:rsidP="00181D3A">
      <w:pPr>
        <w:pStyle w:val="ListBullet"/>
        <w:numPr>
          <w:ilvl w:val="0"/>
          <w:numId w:val="13"/>
        </w:numPr>
      </w:pPr>
      <w:r w:rsidRPr="000E042A">
        <w:t>How often are AI controls and outputs tested (e.g., annually or upon updates)? Provide evidence.</w:t>
      </w:r>
    </w:p>
    <w:p w14:paraId="6557231B" w14:textId="77777777" w:rsidR="00D4044B" w:rsidRPr="000E042A" w:rsidRDefault="00181D3A" w:rsidP="00181D3A">
      <w:pPr>
        <w:pStyle w:val="ListBullet"/>
        <w:numPr>
          <w:ilvl w:val="0"/>
          <w:numId w:val="13"/>
        </w:numPr>
      </w:pPr>
      <w:r w:rsidRPr="000E042A">
        <w:t>How do you address bias, unfair outcomes, or inappropriate content generation?</w:t>
      </w:r>
    </w:p>
    <w:p w14:paraId="5AEAA7A9" w14:textId="77777777" w:rsidR="00D4044B" w:rsidRPr="000E042A" w:rsidRDefault="00181D3A">
      <w:pPr>
        <w:pStyle w:val="Heading1"/>
        <w:rPr>
          <w:color w:val="auto"/>
        </w:rPr>
      </w:pPr>
      <w:r w:rsidRPr="000E042A">
        <w:rPr>
          <w:color w:val="auto"/>
        </w:rPr>
        <w:t>E. Change Management and Notifications</w:t>
      </w:r>
    </w:p>
    <w:p w14:paraId="772EEAF6" w14:textId="77777777" w:rsidR="00D4044B" w:rsidRPr="000E042A" w:rsidRDefault="00181D3A" w:rsidP="00181D3A">
      <w:pPr>
        <w:pStyle w:val="ListBullet"/>
        <w:numPr>
          <w:ilvl w:val="0"/>
          <w:numId w:val="14"/>
        </w:numPr>
      </w:pPr>
      <w:r w:rsidRPr="000E042A">
        <w:t>How will AI model or feature changes be implemented? Will Sturgis Bank have advance notice?</w:t>
      </w:r>
    </w:p>
    <w:p w14:paraId="5DF8E723" w14:textId="77777777" w:rsidR="00D4044B" w:rsidRPr="000E042A" w:rsidRDefault="00181D3A" w:rsidP="00181D3A">
      <w:pPr>
        <w:pStyle w:val="ListBullet"/>
        <w:numPr>
          <w:ilvl w:val="0"/>
          <w:numId w:val="14"/>
        </w:numPr>
      </w:pPr>
      <w:r w:rsidRPr="000E042A">
        <w:t>Will Sturgis Bank have an opportunity to review/approve material AI changes before deployment?</w:t>
      </w:r>
    </w:p>
    <w:p w14:paraId="30C808A6" w14:textId="77777777" w:rsidR="00D4044B" w:rsidRPr="000E042A" w:rsidRDefault="00181D3A" w:rsidP="00181D3A">
      <w:pPr>
        <w:pStyle w:val="ListBullet"/>
        <w:numPr>
          <w:ilvl w:val="0"/>
          <w:numId w:val="14"/>
        </w:numPr>
      </w:pPr>
      <w:r w:rsidRPr="000E042A">
        <w:t>How do you communicate changes to data handling, retention, or training use?</w:t>
      </w:r>
    </w:p>
    <w:p w14:paraId="0450D76B" w14:textId="77777777" w:rsidR="00D4044B" w:rsidRPr="000E042A" w:rsidRDefault="00181D3A">
      <w:pPr>
        <w:pStyle w:val="Heading1"/>
        <w:rPr>
          <w:color w:val="auto"/>
        </w:rPr>
      </w:pPr>
      <w:r w:rsidRPr="000E042A">
        <w:rPr>
          <w:color w:val="auto"/>
        </w:rPr>
        <w:t>Sample Contract Clauses (Reference)</w:t>
      </w:r>
    </w:p>
    <w:p w14:paraId="2C64DF97" w14:textId="77777777" w:rsidR="00D4044B" w:rsidRPr="000E042A" w:rsidRDefault="00181D3A">
      <w:r w:rsidRPr="000E042A">
        <w:t>Provider may utilize software that is artificial intelligence (AI) in the provision of Services as set forth in the statement of work. Provider will ensure that such AI is valid and reliable, safe, fair, secure, resilient, accountable, transparent, explainable, interpretable, does not violate privacy rights, and does not produce biased decisions against protected attributes. Provider will ensure AI use does not infringe third-party intellectual property and is not employed in a manner that violates confidentiality obligations. Customer reserves the right to verify the accuracy and usability of AI-generated outputs and may require corrections if inaccuracies or deficiencies are identified.</w:t>
      </w:r>
    </w:p>
    <w:sectPr w:rsidR="00D4044B" w:rsidRPr="000E042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5CB271C"/>
    <w:multiLevelType w:val="hybridMultilevel"/>
    <w:tmpl w:val="5114D6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0B20330"/>
    <w:multiLevelType w:val="hybridMultilevel"/>
    <w:tmpl w:val="FBFE00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75F45C1"/>
    <w:multiLevelType w:val="hybridMultilevel"/>
    <w:tmpl w:val="795A020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9021A52"/>
    <w:multiLevelType w:val="hybridMultilevel"/>
    <w:tmpl w:val="D9D8EB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C2578DD"/>
    <w:multiLevelType w:val="hybridMultilevel"/>
    <w:tmpl w:val="07FA86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18591361">
    <w:abstractNumId w:val="8"/>
  </w:num>
  <w:num w:numId="2" w16cid:durableId="2004048672">
    <w:abstractNumId w:val="6"/>
  </w:num>
  <w:num w:numId="3" w16cid:durableId="675495366">
    <w:abstractNumId w:val="5"/>
  </w:num>
  <w:num w:numId="4" w16cid:durableId="796795380">
    <w:abstractNumId w:val="4"/>
  </w:num>
  <w:num w:numId="5" w16cid:durableId="1428379726">
    <w:abstractNumId w:val="7"/>
  </w:num>
  <w:num w:numId="6" w16cid:durableId="353387611">
    <w:abstractNumId w:val="3"/>
  </w:num>
  <w:num w:numId="7" w16cid:durableId="1520196575">
    <w:abstractNumId w:val="2"/>
  </w:num>
  <w:num w:numId="8" w16cid:durableId="1501313002">
    <w:abstractNumId w:val="1"/>
  </w:num>
  <w:num w:numId="9" w16cid:durableId="1598710835">
    <w:abstractNumId w:val="0"/>
  </w:num>
  <w:num w:numId="10" w16cid:durableId="1903252838">
    <w:abstractNumId w:val="11"/>
  </w:num>
  <w:num w:numId="11" w16cid:durableId="2080783306">
    <w:abstractNumId w:val="12"/>
  </w:num>
  <w:num w:numId="12" w16cid:durableId="1044018213">
    <w:abstractNumId w:val="13"/>
  </w:num>
  <w:num w:numId="13" w16cid:durableId="436608220">
    <w:abstractNumId w:val="10"/>
  </w:num>
  <w:num w:numId="14" w16cid:durableId="4868988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439F"/>
    <w:rsid w:val="000E042A"/>
    <w:rsid w:val="0015074B"/>
    <w:rsid w:val="00181D3A"/>
    <w:rsid w:val="0025076B"/>
    <w:rsid w:val="0029639D"/>
    <w:rsid w:val="00326F90"/>
    <w:rsid w:val="003E67A0"/>
    <w:rsid w:val="00517A78"/>
    <w:rsid w:val="00AA1D8D"/>
    <w:rsid w:val="00B47730"/>
    <w:rsid w:val="00CB0664"/>
    <w:rsid w:val="00D4044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097819"/>
  <w14:defaultImageDpi w14:val="300"/>
  <w15:docId w15:val="{A3471384-42B4-4FD1-BDC7-039274538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451</Words>
  <Characters>2623</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rbeachy@sturgis.bank</dc:creator>
  <cp:keywords/>
  <dc:description/>
  <cp:lastModifiedBy>Rob Beachy</cp:lastModifiedBy>
  <cp:revision>2</cp:revision>
  <dcterms:created xsi:type="dcterms:W3CDTF">2026-06-22T18:43:00Z</dcterms:created>
  <dcterms:modified xsi:type="dcterms:W3CDTF">2026-06-22T18:43:00Z</dcterms:modified>
  <cp:category/>
</cp:coreProperties>
</file>