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D00B2" w14:textId="204582FB" w:rsidR="001C2076" w:rsidRPr="00736781" w:rsidRDefault="00FF25BA" w:rsidP="00FF25BA">
      <w:pPr>
        <w:spacing w:after="0" w:line="240" w:lineRule="auto"/>
        <w:jc w:val="center"/>
        <w:rPr>
          <w:rFonts w:ascii="Calibri" w:hAnsi="Calibri" w:cs="Calibri"/>
        </w:rPr>
      </w:pPr>
      <w:r w:rsidRPr="00736781">
        <w:rPr>
          <w:rFonts w:ascii="Calibri" w:hAnsi="Calibri" w:cs="Calibri"/>
          <w:b/>
          <w:sz w:val="40"/>
        </w:rPr>
        <w:t>AI Use Case\System Request</w:t>
      </w:r>
      <w:r w:rsidR="00FE4A2F" w:rsidRPr="00736781">
        <w:rPr>
          <w:rFonts w:ascii="Calibri" w:hAnsi="Calibri" w:cs="Calibri"/>
          <w:b/>
          <w:sz w:val="40"/>
        </w:rPr>
        <w:t xml:space="preserve"> Form</w:t>
      </w:r>
    </w:p>
    <w:p w14:paraId="6EF06F1F" w14:textId="77777777" w:rsidR="001C2076" w:rsidRPr="00736781" w:rsidRDefault="00FE4A2F" w:rsidP="00FF25BA">
      <w:pPr>
        <w:spacing w:after="0" w:line="240" w:lineRule="auto"/>
        <w:jc w:val="center"/>
        <w:rPr>
          <w:rFonts w:ascii="Calibri" w:hAnsi="Calibri" w:cs="Calibri"/>
          <w:b/>
          <w:sz w:val="24"/>
        </w:rPr>
      </w:pPr>
      <w:r w:rsidRPr="00736781">
        <w:rPr>
          <w:rFonts w:ascii="Calibri" w:hAnsi="Calibri" w:cs="Calibri"/>
          <w:b/>
          <w:sz w:val="24"/>
        </w:rPr>
        <w:t>AI Governance Committee</w:t>
      </w:r>
    </w:p>
    <w:p w14:paraId="4C5AD468" w14:textId="77777777" w:rsidR="00FF25BA" w:rsidRPr="00736781" w:rsidRDefault="00FF25BA" w:rsidP="00FF25BA">
      <w:pPr>
        <w:spacing w:after="0" w:line="240" w:lineRule="auto"/>
        <w:jc w:val="center"/>
        <w:rPr>
          <w:rFonts w:ascii="Calibri" w:hAnsi="Calibri" w:cs="Calibri"/>
          <w:b/>
          <w:sz w:val="24"/>
        </w:rPr>
      </w:pPr>
    </w:p>
    <w:p w14:paraId="1C3577C2" w14:textId="77777777" w:rsidR="00FF25BA" w:rsidRPr="00736781" w:rsidRDefault="00FF25BA" w:rsidP="00FF25BA">
      <w:pPr>
        <w:spacing w:after="0" w:line="240" w:lineRule="auto"/>
        <w:ind w:left="216"/>
        <w:rPr>
          <w:rFonts w:ascii="Calibri" w:hAnsi="Calibri" w:cs="Calibri"/>
        </w:rPr>
      </w:pPr>
      <w:r w:rsidRPr="00736781">
        <w:rPr>
          <w:rFonts w:ascii="Calibri" w:hAnsi="Calibri" w:cs="Calibri"/>
          <w:i/>
        </w:rPr>
        <w:t xml:space="preserve">Submit this form to any AI Governance Committee member. The committee will review the request, determine whether it may proceed </w:t>
      </w:r>
      <w:proofErr w:type="gramStart"/>
      <w:r w:rsidRPr="00736781">
        <w:rPr>
          <w:rFonts w:ascii="Calibri" w:hAnsi="Calibri" w:cs="Calibri"/>
          <w:i/>
        </w:rPr>
        <w:t>to</w:t>
      </w:r>
      <w:proofErr w:type="gramEnd"/>
      <w:r w:rsidRPr="00736781">
        <w:rPr>
          <w:rFonts w:ascii="Calibri" w:hAnsi="Calibri" w:cs="Calibri"/>
          <w:i/>
        </w:rPr>
        <w:t xml:space="preserve"> due diligence, and document the final decision.</w:t>
      </w:r>
    </w:p>
    <w:p w14:paraId="58ED21C5" w14:textId="77777777" w:rsidR="00FF25BA" w:rsidRPr="00736781" w:rsidRDefault="00FF25BA" w:rsidP="00FF25BA">
      <w:pPr>
        <w:spacing w:after="0" w:line="240" w:lineRule="auto"/>
        <w:jc w:val="center"/>
        <w:rPr>
          <w:rFonts w:ascii="Calibri" w:hAnsi="Calibri" w:cs="Calibri"/>
        </w:rPr>
      </w:pPr>
    </w:p>
    <w:p w14:paraId="18E3FCE3" w14:textId="77777777" w:rsidR="001C2076" w:rsidRPr="00736781" w:rsidRDefault="00FE4A2F" w:rsidP="00FF25BA">
      <w:pPr>
        <w:pStyle w:val="Heading1"/>
        <w:spacing w:before="0" w:line="240" w:lineRule="auto"/>
        <w:rPr>
          <w:rFonts w:ascii="Calibri" w:hAnsi="Calibri" w:cs="Calibri"/>
          <w:color w:val="auto"/>
        </w:rPr>
      </w:pPr>
      <w:r w:rsidRPr="00736781">
        <w:rPr>
          <w:rFonts w:ascii="Calibri" w:hAnsi="Calibri" w:cs="Calibri"/>
          <w:color w:val="auto"/>
        </w:rPr>
        <w:t>Purpose and Scope</w:t>
      </w:r>
    </w:p>
    <w:p w14:paraId="7D69576B" w14:textId="77777777" w:rsidR="001C2076" w:rsidRPr="00736781" w:rsidRDefault="00FE4A2F" w:rsidP="00FF25BA">
      <w:pPr>
        <w:spacing w:after="0" w:line="240" w:lineRule="auto"/>
        <w:rPr>
          <w:rFonts w:ascii="Calibri" w:hAnsi="Calibri" w:cs="Calibri"/>
        </w:rPr>
      </w:pPr>
      <w:r w:rsidRPr="00736781">
        <w:rPr>
          <w:rFonts w:ascii="Calibri" w:hAnsi="Calibri" w:cs="Calibri"/>
          <w:b/>
        </w:rPr>
        <w:t xml:space="preserve">Why we use this form: </w:t>
      </w:r>
      <w:r w:rsidRPr="00736781">
        <w:rPr>
          <w:rFonts w:ascii="Calibri" w:hAnsi="Calibri" w:cs="Calibri"/>
        </w:rPr>
        <w:t>This intake form creates a consistent starting point for AI requests before work begins. It helps the AI Governance Committee understand the business problem, intended AI use, data involved, ownership, vendor/tool details, risks, and review needs. It also provides a record for approval, denial, conditions, due diligence, and tracking.</w:t>
      </w:r>
    </w:p>
    <w:p w14:paraId="258D77EF" w14:textId="77777777" w:rsidR="00546D02" w:rsidRPr="00736781" w:rsidRDefault="00546D02" w:rsidP="00FF25BA">
      <w:pPr>
        <w:spacing w:after="0" w:line="240" w:lineRule="auto"/>
        <w:rPr>
          <w:rFonts w:ascii="Calibri" w:hAnsi="Calibri" w:cs="Calibri"/>
          <w:b/>
        </w:rPr>
      </w:pPr>
    </w:p>
    <w:p w14:paraId="4D4BA499" w14:textId="3D23E824" w:rsidR="001C2076" w:rsidRPr="00736781" w:rsidRDefault="00FE4A2F" w:rsidP="00FF25BA">
      <w:pPr>
        <w:spacing w:after="0" w:line="240" w:lineRule="auto"/>
        <w:rPr>
          <w:rFonts w:ascii="Calibri" w:hAnsi="Calibri" w:cs="Calibri"/>
        </w:rPr>
      </w:pPr>
      <w:r w:rsidRPr="00736781">
        <w:rPr>
          <w:rFonts w:ascii="Calibri" w:hAnsi="Calibri" w:cs="Calibri"/>
          <w:b/>
        </w:rPr>
        <w:t xml:space="preserve">What is considered a new AI request: </w:t>
      </w:r>
      <w:r w:rsidRPr="00736781">
        <w:rPr>
          <w:rFonts w:ascii="Calibri" w:hAnsi="Calibri" w:cs="Calibri"/>
        </w:rPr>
        <w:t>Submit this form for any new or materially changed AI use case, including creation of an AI Agent, adding or approving a new AI platform, creating or deploying a custom GPT/CustomGPT, connecting AI to internal data or systems, using AI with customer/member/nonpublic information</w:t>
      </w:r>
      <w:r w:rsidR="00FF25BA" w:rsidRPr="00736781">
        <w:rPr>
          <w:rFonts w:ascii="Calibri" w:hAnsi="Calibri" w:cs="Calibri"/>
        </w:rPr>
        <w:t xml:space="preserve"> in an not already approved system</w:t>
      </w:r>
      <w:r w:rsidRPr="00736781">
        <w:rPr>
          <w:rFonts w:ascii="Calibri" w:hAnsi="Calibri" w:cs="Calibri"/>
        </w:rPr>
        <w:t>, adding a new AI vendor, or materially changing the scope, data, users, or output of an existing approved AI use case.</w:t>
      </w:r>
    </w:p>
    <w:p w14:paraId="67E14040" w14:textId="77777777" w:rsidR="00546D02" w:rsidRPr="00736781" w:rsidRDefault="00546D02" w:rsidP="00FF25BA">
      <w:pPr>
        <w:pStyle w:val="Heading1"/>
        <w:spacing w:before="0" w:line="240" w:lineRule="auto"/>
        <w:rPr>
          <w:rFonts w:ascii="Calibri" w:hAnsi="Calibri" w:cs="Calibri"/>
          <w:color w:val="auto"/>
        </w:rPr>
      </w:pPr>
    </w:p>
    <w:p w14:paraId="713498BC" w14:textId="58A30F5B" w:rsidR="00FF25BA" w:rsidRPr="00736781" w:rsidRDefault="00FF25BA" w:rsidP="00FF25BA">
      <w:pPr>
        <w:pStyle w:val="Heading1"/>
        <w:spacing w:before="0" w:line="240" w:lineRule="auto"/>
        <w:rPr>
          <w:rFonts w:ascii="Calibri" w:hAnsi="Calibri" w:cs="Calibri"/>
          <w:color w:val="C00000"/>
          <w:sz w:val="22"/>
          <w:szCs w:val="22"/>
        </w:rPr>
      </w:pPr>
      <w:r w:rsidRPr="00736781">
        <w:rPr>
          <w:rFonts w:ascii="Calibri" w:hAnsi="Calibri" w:cs="Calibri"/>
          <w:color w:val="C00000"/>
          <w:sz w:val="22"/>
          <w:szCs w:val="22"/>
        </w:rPr>
        <w:t>Request Information</w:t>
      </w:r>
    </w:p>
    <w:p w14:paraId="09D451B2" w14:textId="31DC2AE2" w:rsidR="00FF25BA" w:rsidRPr="00736781" w:rsidRDefault="00FF25BA" w:rsidP="00FF25BA">
      <w:pPr>
        <w:spacing w:after="0" w:line="240" w:lineRule="auto"/>
        <w:rPr>
          <w:rFonts w:ascii="Calibri" w:hAnsi="Calibri" w:cs="Calibri"/>
          <w:b/>
          <w:bCs/>
          <w:sz w:val="22"/>
        </w:rPr>
      </w:pPr>
      <w:r w:rsidRPr="00736781">
        <w:rPr>
          <w:rFonts w:ascii="Calibri" w:hAnsi="Calibri" w:cs="Calibri"/>
          <w:b/>
          <w:bCs/>
          <w:sz w:val="22"/>
        </w:rPr>
        <w:t>Request title:</w:t>
      </w:r>
      <w:r w:rsidR="00546D02" w:rsidRPr="00736781">
        <w:rPr>
          <w:rFonts w:ascii="Calibri" w:hAnsi="Calibri" w:cs="Calibri"/>
          <w:b/>
          <w:bCs/>
          <w:sz w:val="22"/>
        </w:rPr>
        <w:t xml:space="preserve"> </w:t>
      </w:r>
    </w:p>
    <w:p w14:paraId="314ED4A2" w14:textId="6909A3C2" w:rsidR="00FF25BA" w:rsidRPr="00736781" w:rsidRDefault="00FF25BA" w:rsidP="00FF25BA">
      <w:pPr>
        <w:spacing w:after="0" w:line="240" w:lineRule="auto"/>
        <w:rPr>
          <w:rFonts w:ascii="Calibri" w:hAnsi="Calibri" w:cs="Calibri"/>
          <w:b/>
          <w:bCs/>
          <w:sz w:val="22"/>
        </w:rPr>
      </w:pPr>
      <w:r w:rsidRPr="00736781">
        <w:rPr>
          <w:rFonts w:ascii="Calibri" w:hAnsi="Calibri" w:cs="Calibri"/>
          <w:b/>
          <w:bCs/>
          <w:sz w:val="22"/>
        </w:rPr>
        <w:t xml:space="preserve">Date submitted: </w:t>
      </w:r>
    </w:p>
    <w:p w14:paraId="384022D1" w14:textId="5E2FC0F0" w:rsidR="00FF25BA" w:rsidRPr="00736781" w:rsidRDefault="00FF25BA" w:rsidP="00FF25BA">
      <w:pPr>
        <w:spacing w:after="0" w:line="240" w:lineRule="auto"/>
        <w:rPr>
          <w:rFonts w:ascii="Calibri" w:hAnsi="Calibri" w:cs="Calibri"/>
          <w:b/>
          <w:bCs/>
          <w:sz w:val="22"/>
        </w:rPr>
      </w:pPr>
      <w:r w:rsidRPr="00736781">
        <w:rPr>
          <w:rFonts w:ascii="Calibri" w:hAnsi="Calibri" w:cs="Calibri"/>
          <w:b/>
          <w:bCs/>
          <w:sz w:val="22"/>
        </w:rPr>
        <w:t xml:space="preserve">Requestor name: </w:t>
      </w:r>
    </w:p>
    <w:p w14:paraId="0F848F36" w14:textId="668625DF" w:rsidR="00FF25BA" w:rsidRPr="00736781" w:rsidRDefault="00FF25BA" w:rsidP="00FF25BA">
      <w:pPr>
        <w:spacing w:after="0" w:line="240" w:lineRule="auto"/>
        <w:rPr>
          <w:rFonts w:ascii="Calibri" w:hAnsi="Calibri" w:cs="Calibri"/>
          <w:b/>
          <w:bCs/>
          <w:sz w:val="22"/>
        </w:rPr>
      </w:pPr>
      <w:r w:rsidRPr="00736781">
        <w:rPr>
          <w:rFonts w:ascii="Calibri" w:hAnsi="Calibri" w:cs="Calibri"/>
          <w:b/>
          <w:bCs/>
          <w:sz w:val="22"/>
        </w:rPr>
        <w:t xml:space="preserve">Requestor department: </w:t>
      </w:r>
    </w:p>
    <w:p w14:paraId="6B76B194" w14:textId="10522831" w:rsidR="00FF25BA" w:rsidRPr="00736781" w:rsidRDefault="00FF25BA" w:rsidP="00FF25BA">
      <w:pPr>
        <w:spacing w:after="0" w:line="240" w:lineRule="auto"/>
        <w:rPr>
          <w:rFonts w:ascii="Calibri" w:hAnsi="Calibri" w:cs="Calibri"/>
          <w:b/>
          <w:bCs/>
          <w:sz w:val="22"/>
        </w:rPr>
      </w:pPr>
      <w:r w:rsidRPr="00736781">
        <w:rPr>
          <w:rFonts w:ascii="Calibri" w:hAnsi="Calibri" w:cs="Calibri"/>
          <w:b/>
          <w:bCs/>
          <w:sz w:val="22"/>
        </w:rPr>
        <w:t xml:space="preserve">Business owner: </w:t>
      </w:r>
    </w:p>
    <w:p w14:paraId="3C60720D" w14:textId="61B51870" w:rsidR="00FF25BA" w:rsidRPr="00736781" w:rsidRDefault="00FF25BA" w:rsidP="00FF25BA">
      <w:pPr>
        <w:spacing w:after="0" w:line="240" w:lineRule="auto"/>
        <w:rPr>
          <w:rFonts w:ascii="Calibri" w:hAnsi="Calibri" w:cs="Calibri"/>
          <w:b/>
          <w:bCs/>
          <w:sz w:val="22"/>
        </w:rPr>
      </w:pPr>
      <w:r w:rsidRPr="00736781">
        <w:rPr>
          <w:rFonts w:ascii="Calibri" w:hAnsi="Calibri" w:cs="Calibri"/>
          <w:b/>
          <w:bCs/>
          <w:sz w:val="22"/>
        </w:rPr>
        <w:t xml:space="preserve">Desired decision date: </w:t>
      </w:r>
    </w:p>
    <w:p w14:paraId="792183AD" w14:textId="5BC74F30" w:rsidR="00FF25BA" w:rsidRPr="00736781" w:rsidRDefault="00FF25BA" w:rsidP="00546D02">
      <w:pPr>
        <w:pStyle w:val="Heading1"/>
        <w:spacing w:before="0" w:line="240" w:lineRule="auto"/>
        <w:rPr>
          <w:rFonts w:ascii="Calibri" w:hAnsi="Calibri" w:cs="Calibri"/>
          <w:color w:val="auto"/>
          <w:sz w:val="22"/>
          <w:szCs w:val="22"/>
        </w:rPr>
      </w:pPr>
      <w:r w:rsidRPr="00736781">
        <w:rPr>
          <w:rFonts w:ascii="Calibri" w:hAnsi="Calibri" w:cs="Calibri"/>
          <w:color w:val="auto"/>
          <w:sz w:val="22"/>
          <w:szCs w:val="22"/>
        </w:rPr>
        <w:t>New Request Type</w:t>
      </w:r>
      <w:r w:rsidR="00546D02" w:rsidRPr="00736781">
        <w:rPr>
          <w:rFonts w:ascii="Calibri" w:hAnsi="Calibri" w:cs="Calibri"/>
          <w:color w:val="auto"/>
          <w:sz w:val="22"/>
          <w:szCs w:val="22"/>
        </w:rPr>
        <w:t xml:space="preserve">, </w:t>
      </w:r>
      <w:proofErr w:type="gramStart"/>
      <w:r w:rsidRPr="00736781">
        <w:rPr>
          <w:rFonts w:ascii="Calibri" w:hAnsi="Calibri" w:cs="Calibri"/>
          <w:color w:val="auto"/>
          <w:sz w:val="22"/>
          <w:szCs w:val="22"/>
        </w:rPr>
        <w:t>Select</w:t>
      </w:r>
      <w:proofErr w:type="gramEnd"/>
      <w:r w:rsidRPr="00736781">
        <w:rPr>
          <w:rFonts w:ascii="Calibri" w:hAnsi="Calibri" w:cs="Calibri"/>
          <w:color w:val="auto"/>
          <w:sz w:val="22"/>
          <w:szCs w:val="22"/>
        </w:rPr>
        <w:t xml:space="preserve"> all that apply:</w:t>
      </w:r>
    </w:p>
    <w:p w14:paraId="15C57D76" w14:textId="77777777" w:rsidR="00FF25BA" w:rsidRPr="00736781" w:rsidRDefault="00FF25BA" w:rsidP="00FF25BA">
      <w:pPr>
        <w:spacing w:after="0" w:line="240" w:lineRule="auto"/>
        <w:ind w:left="216"/>
        <w:rPr>
          <w:rFonts w:ascii="Calibri" w:hAnsi="Calibri" w:cs="Calibri"/>
          <w:sz w:val="22"/>
        </w:rPr>
      </w:pPr>
      <w:sdt>
        <w:sdtPr>
          <w:rPr>
            <w:rFonts w:ascii="Calibri" w:hAnsi="Calibri" w:cs="Calibri"/>
            <w:sz w:val="22"/>
          </w:rPr>
          <w:alias w:val="Creation of an AI agent"/>
          <w:tag w:val="request_type_1"/>
          <w:id w:val="15945140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367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736781">
        <w:rPr>
          <w:rFonts w:ascii="Calibri" w:hAnsi="Calibri" w:cs="Calibri"/>
          <w:sz w:val="22"/>
        </w:rPr>
        <w:t xml:space="preserve">  Creation of an AI agent</w:t>
      </w:r>
    </w:p>
    <w:p w14:paraId="546AC3D9" w14:textId="6DF27346" w:rsidR="00FF25BA" w:rsidRPr="00736781" w:rsidRDefault="00FF25BA" w:rsidP="00FF25BA">
      <w:pPr>
        <w:spacing w:after="0" w:line="240" w:lineRule="auto"/>
        <w:ind w:left="216"/>
        <w:rPr>
          <w:rFonts w:ascii="Calibri" w:hAnsi="Calibri" w:cs="Calibri"/>
          <w:sz w:val="22"/>
        </w:rPr>
      </w:pPr>
      <w:sdt>
        <w:sdtPr>
          <w:rPr>
            <w:rFonts w:ascii="Calibri" w:hAnsi="Calibri" w:cs="Calibri"/>
            <w:sz w:val="22"/>
          </w:rPr>
          <w:alias w:val="Addition or enablement of an AI platform"/>
          <w:tag w:val="request_type_2"/>
          <w:id w:val="15929085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367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736781">
        <w:rPr>
          <w:rFonts w:ascii="Calibri" w:hAnsi="Calibri" w:cs="Calibri"/>
          <w:sz w:val="22"/>
        </w:rPr>
        <w:t xml:space="preserve">  </w:t>
      </w:r>
      <w:r w:rsidR="00546D02" w:rsidRPr="00736781">
        <w:rPr>
          <w:rFonts w:ascii="Calibri" w:hAnsi="Calibri" w:cs="Calibri"/>
          <w:sz w:val="22"/>
        </w:rPr>
        <w:t>New</w:t>
      </w:r>
      <w:r w:rsidRPr="00736781">
        <w:rPr>
          <w:rFonts w:ascii="Calibri" w:hAnsi="Calibri" w:cs="Calibri"/>
          <w:sz w:val="22"/>
        </w:rPr>
        <w:t xml:space="preserve"> AI platform</w:t>
      </w:r>
    </w:p>
    <w:p w14:paraId="1EE84D93" w14:textId="77777777" w:rsidR="00FF25BA" w:rsidRPr="00736781" w:rsidRDefault="00FF25BA" w:rsidP="00FF25BA">
      <w:pPr>
        <w:spacing w:after="0" w:line="240" w:lineRule="auto"/>
        <w:ind w:left="216"/>
        <w:rPr>
          <w:rFonts w:ascii="Calibri" w:hAnsi="Calibri" w:cs="Calibri"/>
          <w:sz w:val="22"/>
        </w:rPr>
      </w:pPr>
      <w:sdt>
        <w:sdtPr>
          <w:rPr>
            <w:rFonts w:ascii="Calibri" w:hAnsi="Calibri" w:cs="Calibri"/>
            <w:sz w:val="22"/>
          </w:rPr>
          <w:alias w:val="Creation, publication, or use of a Custom GPT / custom AI as"/>
          <w:tag w:val="request_type_3"/>
          <w:id w:val="1842559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367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736781">
        <w:rPr>
          <w:rFonts w:ascii="Calibri" w:hAnsi="Calibri" w:cs="Calibri"/>
          <w:sz w:val="22"/>
        </w:rPr>
        <w:t xml:space="preserve">  Creation, publication, or use of a Custom GPT / custom AI assistant</w:t>
      </w:r>
    </w:p>
    <w:p w14:paraId="50F4CFE7" w14:textId="09C18105" w:rsidR="00FF25BA" w:rsidRPr="00736781" w:rsidRDefault="00FF25BA" w:rsidP="00FF25BA">
      <w:pPr>
        <w:spacing w:after="0" w:line="240" w:lineRule="auto"/>
        <w:ind w:left="216"/>
        <w:rPr>
          <w:rFonts w:ascii="Calibri" w:hAnsi="Calibri" w:cs="Calibri"/>
          <w:sz w:val="22"/>
        </w:rPr>
      </w:pPr>
      <w:sdt>
        <w:sdtPr>
          <w:rPr>
            <w:rFonts w:ascii="Calibri" w:hAnsi="Calibri" w:cs="Calibri"/>
            <w:sz w:val="22"/>
          </w:rPr>
          <w:alias w:val="New AI use case using an existing approved tool"/>
          <w:tag w:val="request_type_4"/>
          <w:id w:val="10731112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367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736781">
        <w:rPr>
          <w:rFonts w:ascii="Calibri" w:hAnsi="Calibri" w:cs="Calibri"/>
          <w:sz w:val="22"/>
        </w:rPr>
        <w:t xml:space="preserve">  New AI use case using an existing approved tool</w:t>
      </w:r>
      <w:r w:rsidR="00546D02" w:rsidRPr="00736781">
        <w:rPr>
          <w:rFonts w:ascii="Calibri" w:hAnsi="Calibri" w:cs="Calibri"/>
          <w:sz w:val="22"/>
        </w:rPr>
        <w:t>\vendor</w:t>
      </w:r>
    </w:p>
    <w:p w14:paraId="438098A4" w14:textId="77777777" w:rsidR="00FF25BA" w:rsidRPr="00736781" w:rsidRDefault="00FF25BA" w:rsidP="00FF25BA">
      <w:pPr>
        <w:spacing w:after="0" w:line="240" w:lineRule="auto"/>
        <w:ind w:left="216"/>
        <w:rPr>
          <w:rFonts w:ascii="Calibri" w:hAnsi="Calibri" w:cs="Calibri"/>
          <w:sz w:val="22"/>
        </w:rPr>
      </w:pPr>
      <w:sdt>
        <w:sdtPr>
          <w:rPr>
            <w:rFonts w:ascii="Calibri" w:hAnsi="Calibri" w:cs="Calibri"/>
            <w:sz w:val="22"/>
          </w:rPr>
          <w:alias w:val="Integration of AI with bank systems, applications, databases"/>
          <w:tag w:val="request_type_6"/>
          <w:id w:val="9682670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367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736781">
        <w:rPr>
          <w:rFonts w:ascii="Calibri" w:hAnsi="Calibri" w:cs="Calibri"/>
          <w:sz w:val="22"/>
        </w:rPr>
        <w:t xml:space="preserve">  Integration of AI with bank systems, applications, databases, or file stores</w:t>
      </w:r>
    </w:p>
    <w:p w14:paraId="376CB2D5" w14:textId="77777777" w:rsidR="00FF25BA" w:rsidRPr="00736781" w:rsidRDefault="00FF25BA" w:rsidP="00FF25BA">
      <w:pPr>
        <w:spacing w:after="0" w:line="240" w:lineRule="auto"/>
        <w:ind w:left="216"/>
        <w:rPr>
          <w:rFonts w:ascii="Calibri" w:hAnsi="Calibri" w:cs="Calibri"/>
          <w:sz w:val="22"/>
        </w:rPr>
      </w:pPr>
      <w:sdt>
        <w:sdtPr>
          <w:rPr>
            <w:rFonts w:ascii="Calibri" w:hAnsi="Calibri" w:cs="Calibri"/>
            <w:sz w:val="22"/>
          </w:rPr>
          <w:alias w:val="Material change to an existing approved AI use case"/>
          <w:tag w:val="request_type_7"/>
          <w:id w:val="12639714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367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736781">
        <w:rPr>
          <w:rFonts w:ascii="Calibri" w:hAnsi="Calibri" w:cs="Calibri"/>
          <w:sz w:val="22"/>
        </w:rPr>
        <w:t xml:space="preserve">  Material </w:t>
      </w:r>
      <w:proofErr w:type="gramStart"/>
      <w:r w:rsidRPr="00736781">
        <w:rPr>
          <w:rFonts w:ascii="Calibri" w:hAnsi="Calibri" w:cs="Calibri"/>
          <w:sz w:val="22"/>
        </w:rPr>
        <w:t>change</w:t>
      </w:r>
      <w:proofErr w:type="gramEnd"/>
      <w:r w:rsidRPr="00736781">
        <w:rPr>
          <w:rFonts w:ascii="Calibri" w:hAnsi="Calibri" w:cs="Calibri"/>
          <w:sz w:val="22"/>
        </w:rPr>
        <w:t xml:space="preserve"> to an existing approved AI use case</w:t>
      </w:r>
    </w:p>
    <w:p w14:paraId="60155464" w14:textId="77777777" w:rsidR="00FF25BA" w:rsidRPr="00736781" w:rsidRDefault="00FF25BA" w:rsidP="00FF25BA">
      <w:pPr>
        <w:spacing w:after="0" w:line="240" w:lineRule="auto"/>
        <w:ind w:left="216"/>
        <w:rPr>
          <w:rFonts w:ascii="Calibri" w:hAnsi="Calibri" w:cs="Calibri"/>
          <w:sz w:val="22"/>
        </w:rPr>
      </w:pPr>
      <w:sdt>
        <w:sdtPr>
          <w:rPr>
            <w:rFonts w:ascii="Calibri" w:hAnsi="Calibri" w:cs="Calibri"/>
            <w:sz w:val="22"/>
          </w:rPr>
          <w:alias w:val="Other"/>
          <w:tag w:val="request_type_8"/>
          <w:id w:val="7570841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367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736781">
        <w:rPr>
          <w:rFonts w:ascii="Calibri" w:hAnsi="Calibri" w:cs="Calibri"/>
          <w:sz w:val="22"/>
        </w:rPr>
        <w:t xml:space="preserve">  Other</w:t>
      </w:r>
    </w:p>
    <w:p w14:paraId="2D537751" w14:textId="1FEADD6E" w:rsidR="00FF25BA" w:rsidRDefault="00FF25BA" w:rsidP="00FF25BA">
      <w:pPr>
        <w:spacing w:after="0" w:line="240" w:lineRule="auto"/>
        <w:rPr>
          <w:rFonts w:ascii="Calibri" w:hAnsi="Calibri" w:cs="Calibri"/>
          <w:sz w:val="22"/>
        </w:rPr>
      </w:pPr>
      <w:r w:rsidRPr="00736781">
        <w:rPr>
          <w:rFonts w:ascii="Calibri" w:hAnsi="Calibri" w:cs="Calibri"/>
          <w:b/>
          <w:bCs/>
          <w:sz w:val="22"/>
        </w:rPr>
        <w:t>If other, describe:</w:t>
      </w:r>
      <w:r w:rsidRPr="00736781">
        <w:rPr>
          <w:rFonts w:ascii="Calibri" w:hAnsi="Calibri" w:cs="Calibri"/>
          <w:sz w:val="22"/>
        </w:rPr>
        <w:t xml:space="preserve"> </w:t>
      </w:r>
    </w:p>
    <w:p w14:paraId="71F5DB6D" w14:textId="77777777" w:rsidR="00157EC0" w:rsidRDefault="00157EC0" w:rsidP="00FF25BA">
      <w:pPr>
        <w:spacing w:after="0" w:line="240" w:lineRule="auto"/>
        <w:rPr>
          <w:rFonts w:ascii="Calibri" w:hAnsi="Calibri" w:cs="Calibri"/>
          <w:sz w:val="22"/>
        </w:rPr>
      </w:pPr>
    </w:p>
    <w:p w14:paraId="5BFEF27A" w14:textId="77777777" w:rsidR="00157EC0" w:rsidRDefault="00157EC0" w:rsidP="00FF25BA">
      <w:pPr>
        <w:spacing w:after="0" w:line="240" w:lineRule="auto"/>
        <w:rPr>
          <w:rFonts w:ascii="Calibri" w:hAnsi="Calibri" w:cs="Calibri"/>
          <w:sz w:val="22"/>
        </w:rPr>
      </w:pPr>
    </w:p>
    <w:p w14:paraId="18387C11" w14:textId="77777777" w:rsidR="00157EC0" w:rsidRPr="00736781" w:rsidRDefault="00157EC0" w:rsidP="00FF25BA">
      <w:pPr>
        <w:spacing w:after="0" w:line="240" w:lineRule="auto"/>
        <w:rPr>
          <w:rFonts w:ascii="Calibri" w:hAnsi="Calibri" w:cs="Calibri"/>
          <w:sz w:val="22"/>
        </w:rPr>
      </w:pPr>
    </w:p>
    <w:p w14:paraId="761522FB" w14:textId="7ECA0D08" w:rsidR="00FF25BA" w:rsidRPr="00736781" w:rsidRDefault="00FF25BA" w:rsidP="00FF25BA">
      <w:pPr>
        <w:spacing w:after="0" w:line="240" w:lineRule="auto"/>
        <w:rPr>
          <w:rFonts w:ascii="Calibri" w:hAnsi="Calibri" w:cs="Calibri"/>
          <w:sz w:val="22"/>
        </w:rPr>
      </w:pPr>
      <w:r w:rsidRPr="00736781">
        <w:rPr>
          <w:rFonts w:ascii="Calibri" w:hAnsi="Calibri" w:cs="Calibri"/>
          <w:b/>
          <w:bCs/>
          <w:sz w:val="22"/>
        </w:rPr>
        <w:t>Existing approved use case or system, if this is a change:</w:t>
      </w:r>
      <w:r w:rsidRPr="00736781">
        <w:rPr>
          <w:rFonts w:ascii="Calibri" w:hAnsi="Calibri" w:cs="Calibri"/>
          <w:sz w:val="22"/>
        </w:rPr>
        <w:t xml:space="preserve"> </w:t>
      </w:r>
    </w:p>
    <w:p w14:paraId="340F89B6" w14:textId="5174CB5F" w:rsidR="00546D02" w:rsidRPr="00736781" w:rsidRDefault="00546D02" w:rsidP="00FF25BA">
      <w:pPr>
        <w:pStyle w:val="Heading1"/>
        <w:spacing w:before="0" w:line="240" w:lineRule="auto"/>
        <w:rPr>
          <w:rFonts w:ascii="Calibri" w:hAnsi="Calibri" w:cs="Calibri"/>
          <w:b w:val="0"/>
          <w:bCs w:val="0"/>
          <w:color w:val="auto"/>
          <w:sz w:val="22"/>
          <w:szCs w:val="22"/>
        </w:rPr>
      </w:pPr>
    </w:p>
    <w:p w14:paraId="70A403AE" w14:textId="77777777" w:rsidR="00157EC0" w:rsidRDefault="00157EC0" w:rsidP="00FF25BA">
      <w:pPr>
        <w:pStyle w:val="Heading1"/>
        <w:spacing w:before="0" w:line="240" w:lineRule="auto"/>
        <w:rPr>
          <w:rFonts w:ascii="Calibri" w:hAnsi="Calibri" w:cs="Calibri"/>
          <w:color w:val="C00000"/>
          <w:sz w:val="22"/>
          <w:szCs w:val="22"/>
        </w:rPr>
      </w:pPr>
    </w:p>
    <w:p w14:paraId="23EBFF1B" w14:textId="49FC570A" w:rsidR="00FF25BA" w:rsidRPr="00736781" w:rsidRDefault="00FF25BA" w:rsidP="00FF25BA">
      <w:pPr>
        <w:pStyle w:val="Heading1"/>
        <w:spacing w:before="0" w:line="240" w:lineRule="auto"/>
        <w:rPr>
          <w:rFonts w:ascii="Calibri" w:hAnsi="Calibri" w:cs="Calibri"/>
          <w:color w:val="C00000"/>
          <w:sz w:val="22"/>
          <w:szCs w:val="22"/>
        </w:rPr>
      </w:pPr>
      <w:r w:rsidRPr="00736781">
        <w:rPr>
          <w:rFonts w:ascii="Calibri" w:hAnsi="Calibri" w:cs="Calibri"/>
          <w:color w:val="C00000"/>
          <w:sz w:val="22"/>
          <w:szCs w:val="22"/>
        </w:rPr>
        <w:t>Business Problem and Intended AI Use</w:t>
      </w:r>
    </w:p>
    <w:p w14:paraId="2FA67578" w14:textId="0057A881" w:rsidR="00FF25BA" w:rsidRPr="00736781" w:rsidRDefault="00FF25BA" w:rsidP="00FF25BA">
      <w:pPr>
        <w:spacing w:after="0" w:line="240" w:lineRule="auto"/>
        <w:rPr>
          <w:rFonts w:ascii="Calibri" w:hAnsi="Calibri" w:cs="Calibri"/>
          <w:b/>
          <w:bCs/>
          <w:sz w:val="22"/>
        </w:rPr>
      </w:pPr>
      <w:r w:rsidRPr="00736781">
        <w:rPr>
          <w:rFonts w:ascii="Calibri" w:hAnsi="Calibri" w:cs="Calibri"/>
          <w:b/>
          <w:bCs/>
          <w:sz w:val="22"/>
        </w:rPr>
        <w:t>Business problem being solved:</w:t>
      </w:r>
    </w:p>
    <w:p w14:paraId="06BE12A5" w14:textId="52DA29C8" w:rsidR="00546D02" w:rsidRPr="00736781" w:rsidRDefault="00546D02" w:rsidP="00FF25BA">
      <w:pPr>
        <w:spacing w:after="0" w:line="240" w:lineRule="auto"/>
        <w:rPr>
          <w:rFonts w:ascii="Calibri" w:hAnsi="Calibri" w:cs="Calibri"/>
          <w:sz w:val="22"/>
        </w:rPr>
      </w:pPr>
    </w:p>
    <w:p w14:paraId="677376B5" w14:textId="011A63C6" w:rsidR="00FF25BA" w:rsidRPr="00736781" w:rsidRDefault="00FF25BA" w:rsidP="00FF25BA">
      <w:pPr>
        <w:spacing w:after="0" w:line="240" w:lineRule="auto"/>
        <w:rPr>
          <w:rFonts w:ascii="Calibri" w:hAnsi="Calibri" w:cs="Calibri"/>
          <w:b/>
          <w:bCs/>
          <w:sz w:val="22"/>
        </w:rPr>
      </w:pPr>
      <w:r w:rsidRPr="00736781">
        <w:rPr>
          <w:rFonts w:ascii="Calibri" w:hAnsi="Calibri" w:cs="Calibri"/>
          <w:b/>
          <w:bCs/>
          <w:sz w:val="22"/>
        </w:rPr>
        <w:t>Intended AI use:</w:t>
      </w:r>
    </w:p>
    <w:p w14:paraId="26397B46" w14:textId="59281EB5" w:rsidR="00546D02" w:rsidRPr="00736781" w:rsidRDefault="00546D02" w:rsidP="00FF25BA">
      <w:pPr>
        <w:spacing w:after="0" w:line="240" w:lineRule="auto"/>
        <w:rPr>
          <w:rFonts w:ascii="Calibri" w:hAnsi="Calibri" w:cs="Calibri"/>
          <w:sz w:val="22"/>
        </w:rPr>
      </w:pPr>
    </w:p>
    <w:p w14:paraId="5D442A41" w14:textId="68B142DC" w:rsidR="00FF25BA" w:rsidRPr="00736781" w:rsidRDefault="00FF25BA" w:rsidP="00FF25BA">
      <w:pPr>
        <w:spacing w:after="0" w:line="240" w:lineRule="auto"/>
        <w:rPr>
          <w:rFonts w:ascii="Calibri" w:hAnsi="Calibri" w:cs="Calibri"/>
          <w:b/>
          <w:bCs/>
          <w:sz w:val="22"/>
        </w:rPr>
      </w:pPr>
      <w:r w:rsidRPr="00736781">
        <w:rPr>
          <w:rFonts w:ascii="Calibri" w:hAnsi="Calibri" w:cs="Calibri"/>
          <w:b/>
          <w:bCs/>
          <w:sz w:val="22"/>
        </w:rPr>
        <w:t>Expected business benefit or value:</w:t>
      </w:r>
    </w:p>
    <w:p w14:paraId="1D5A42E0" w14:textId="04F5F9D3" w:rsidR="00FF25BA" w:rsidRPr="00736781" w:rsidRDefault="00FF25BA" w:rsidP="00FF25BA">
      <w:pPr>
        <w:spacing w:after="0" w:line="240" w:lineRule="auto"/>
        <w:rPr>
          <w:rFonts w:ascii="Calibri" w:hAnsi="Calibri" w:cs="Calibri"/>
          <w:sz w:val="22"/>
        </w:rPr>
      </w:pPr>
      <w:r w:rsidRPr="00736781">
        <w:rPr>
          <w:rFonts w:ascii="Calibri" w:hAnsi="Calibri" w:cs="Calibri"/>
          <w:sz w:val="22"/>
        </w:rPr>
        <w:t>What decisions, actions, or outputs will the AI support or produce:</w:t>
      </w:r>
      <w:r w:rsidR="00157EC0" w:rsidRPr="00157EC0">
        <w:rPr>
          <w:rFonts w:ascii="Calibri" w:hAnsi="Calibri" w:cs="Calibri"/>
          <w:b/>
          <w:bCs/>
          <w:noProof/>
          <w:sz w:val="22"/>
        </w:rPr>
        <w:t xml:space="preserve"> </w:t>
      </w:r>
    </w:p>
    <w:p w14:paraId="1CCC0C06" w14:textId="77777777" w:rsidR="00546D02" w:rsidRPr="00736781" w:rsidRDefault="00546D02" w:rsidP="00FF25BA">
      <w:pPr>
        <w:spacing w:after="0" w:line="240" w:lineRule="auto"/>
        <w:rPr>
          <w:rFonts w:ascii="Calibri" w:hAnsi="Calibri" w:cs="Calibri"/>
          <w:sz w:val="22"/>
        </w:rPr>
      </w:pPr>
    </w:p>
    <w:p w14:paraId="2A482F69" w14:textId="77777777" w:rsidR="00546D02" w:rsidRPr="00736781" w:rsidRDefault="00546D02">
      <w:pPr>
        <w:rPr>
          <w:rFonts w:ascii="Calibri" w:hAnsi="Calibri" w:cs="Calibri"/>
          <w:sz w:val="22"/>
        </w:rPr>
      </w:pPr>
      <w:r w:rsidRPr="00736781">
        <w:rPr>
          <w:rFonts w:ascii="Calibri" w:hAnsi="Calibri" w:cs="Calibri"/>
          <w:sz w:val="22"/>
        </w:rPr>
        <w:br w:type="page"/>
      </w:r>
    </w:p>
    <w:p w14:paraId="13BD561F" w14:textId="5AF5FF18" w:rsidR="00FF25BA" w:rsidRPr="00736781" w:rsidRDefault="00FF25BA" w:rsidP="00FF25BA">
      <w:pPr>
        <w:spacing w:after="0" w:line="240" w:lineRule="auto"/>
        <w:rPr>
          <w:rFonts w:ascii="Calibri" w:hAnsi="Calibri" w:cs="Calibri"/>
          <w:b/>
          <w:bCs/>
          <w:sz w:val="22"/>
        </w:rPr>
      </w:pPr>
      <w:r w:rsidRPr="00736781">
        <w:rPr>
          <w:rFonts w:ascii="Calibri" w:hAnsi="Calibri" w:cs="Calibri"/>
          <w:b/>
          <w:bCs/>
          <w:sz w:val="22"/>
        </w:rPr>
        <w:lastRenderedPageBreak/>
        <w:t>Will AI output be used for:</w:t>
      </w:r>
    </w:p>
    <w:p w14:paraId="619D8EA5" w14:textId="77777777" w:rsidR="00FF25BA" w:rsidRPr="00736781" w:rsidRDefault="00FF25BA" w:rsidP="00FF25BA">
      <w:pPr>
        <w:spacing w:after="0" w:line="240" w:lineRule="auto"/>
        <w:ind w:left="216"/>
        <w:rPr>
          <w:rFonts w:ascii="Calibri" w:hAnsi="Calibri" w:cs="Calibri"/>
          <w:sz w:val="22"/>
        </w:rPr>
      </w:pPr>
      <w:sdt>
        <w:sdtPr>
          <w:rPr>
            <w:rFonts w:ascii="Calibri" w:hAnsi="Calibri" w:cs="Calibri"/>
            <w:sz w:val="22"/>
          </w:rPr>
          <w:alias w:val="Internal productivity or drafting only"/>
          <w:tag w:val="output_use_1"/>
          <w:id w:val="14270149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367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736781">
        <w:rPr>
          <w:rFonts w:ascii="Calibri" w:hAnsi="Calibri" w:cs="Calibri"/>
          <w:sz w:val="22"/>
        </w:rPr>
        <w:t xml:space="preserve">  Internal productivity or drafting only</w:t>
      </w:r>
    </w:p>
    <w:p w14:paraId="7476304C" w14:textId="77777777" w:rsidR="00FF25BA" w:rsidRPr="00736781" w:rsidRDefault="00FF25BA" w:rsidP="00FF25BA">
      <w:pPr>
        <w:spacing w:after="0" w:line="240" w:lineRule="auto"/>
        <w:ind w:left="216"/>
        <w:rPr>
          <w:rFonts w:ascii="Calibri" w:hAnsi="Calibri" w:cs="Calibri"/>
          <w:sz w:val="22"/>
        </w:rPr>
      </w:pPr>
      <w:sdt>
        <w:sdtPr>
          <w:rPr>
            <w:rFonts w:ascii="Calibri" w:hAnsi="Calibri" w:cs="Calibri"/>
            <w:sz w:val="22"/>
          </w:rPr>
          <w:alias w:val="Customer-facing communication"/>
          <w:tag w:val="output_use_2"/>
          <w:id w:val="8987912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367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736781">
        <w:rPr>
          <w:rFonts w:ascii="Calibri" w:hAnsi="Calibri" w:cs="Calibri"/>
          <w:sz w:val="22"/>
        </w:rPr>
        <w:t xml:space="preserve">  Customer-facing communication</w:t>
      </w:r>
    </w:p>
    <w:p w14:paraId="7527C413" w14:textId="77777777" w:rsidR="00FF25BA" w:rsidRPr="00736781" w:rsidRDefault="00FF25BA" w:rsidP="00FF25BA">
      <w:pPr>
        <w:spacing w:after="0" w:line="240" w:lineRule="auto"/>
        <w:ind w:left="216"/>
        <w:rPr>
          <w:rFonts w:ascii="Calibri" w:hAnsi="Calibri" w:cs="Calibri"/>
          <w:sz w:val="22"/>
        </w:rPr>
      </w:pPr>
      <w:sdt>
        <w:sdtPr>
          <w:rPr>
            <w:rFonts w:ascii="Calibri" w:hAnsi="Calibri" w:cs="Calibri"/>
            <w:sz w:val="22"/>
          </w:rPr>
          <w:alias w:val="Operational decision support"/>
          <w:tag w:val="output_use_3"/>
          <w:id w:val="2787227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367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736781">
        <w:rPr>
          <w:rFonts w:ascii="Calibri" w:hAnsi="Calibri" w:cs="Calibri"/>
          <w:sz w:val="22"/>
        </w:rPr>
        <w:t xml:space="preserve">  Operational decision support</w:t>
      </w:r>
    </w:p>
    <w:p w14:paraId="1199FF79" w14:textId="77777777" w:rsidR="00FF25BA" w:rsidRPr="00736781" w:rsidRDefault="00FF25BA" w:rsidP="00FF25BA">
      <w:pPr>
        <w:spacing w:after="0" w:line="240" w:lineRule="auto"/>
        <w:ind w:left="216"/>
        <w:rPr>
          <w:rFonts w:ascii="Calibri" w:hAnsi="Calibri" w:cs="Calibri"/>
          <w:sz w:val="22"/>
        </w:rPr>
      </w:pPr>
      <w:sdt>
        <w:sdtPr>
          <w:rPr>
            <w:rFonts w:ascii="Calibri" w:hAnsi="Calibri" w:cs="Calibri"/>
            <w:sz w:val="22"/>
          </w:rPr>
          <w:alias w:val="Risk, fraud, BSA/AML, credit, or compliance support"/>
          <w:tag w:val="output_use_4"/>
          <w:id w:val="198081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367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736781">
        <w:rPr>
          <w:rFonts w:ascii="Calibri" w:hAnsi="Calibri" w:cs="Calibri"/>
          <w:sz w:val="22"/>
        </w:rPr>
        <w:t xml:space="preserve">  Risk, fraud, BSA/AML, credit, or compliance support</w:t>
      </w:r>
    </w:p>
    <w:p w14:paraId="2FB2FA1E" w14:textId="77777777" w:rsidR="00FF25BA" w:rsidRPr="00736781" w:rsidRDefault="00FF25BA" w:rsidP="00FF25BA">
      <w:pPr>
        <w:spacing w:after="0" w:line="240" w:lineRule="auto"/>
        <w:ind w:left="216"/>
        <w:rPr>
          <w:rFonts w:ascii="Calibri" w:hAnsi="Calibri" w:cs="Calibri"/>
          <w:sz w:val="22"/>
        </w:rPr>
      </w:pPr>
      <w:sdt>
        <w:sdtPr>
          <w:rPr>
            <w:rFonts w:ascii="Calibri" w:hAnsi="Calibri" w:cs="Calibri"/>
            <w:sz w:val="22"/>
          </w:rPr>
          <w:alias w:val="Other"/>
          <w:tag w:val="output_use_7"/>
          <w:id w:val="10710091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367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736781">
        <w:rPr>
          <w:rFonts w:ascii="Calibri" w:hAnsi="Calibri" w:cs="Calibri"/>
          <w:sz w:val="22"/>
        </w:rPr>
        <w:t xml:space="preserve">  Other</w:t>
      </w:r>
    </w:p>
    <w:p w14:paraId="003211CA" w14:textId="65227558" w:rsidR="00FF25BA" w:rsidRPr="00736781" w:rsidRDefault="00FF25BA" w:rsidP="00FF25BA">
      <w:pPr>
        <w:spacing w:after="0" w:line="240" w:lineRule="auto"/>
        <w:rPr>
          <w:rFonts w:ascii="Calibri" w:hAnsi="Calibri" w:cs="Calibri"/>
          <w:sz w:val="22"/>
        </w:rPr>
      </w:pPr>
      <w:r w:rsidRPr="00736781">
        <w:rPr>
          <w:rFonts w:ascii="Calibri" w:hAnsi="Calibri" w:cs="Calibri"/>
          <w:sz w:val="22"/>
        </w:rPr>
        <w:t xml:space="preserve">If other, describe: </w:t>
      </w:r>
    </w:p>
    <w:p w14:paraId="3DEDC16E" w14:textId="77777777" w:rsidR="00546D02" w:rsidRPr="00736781" w:rsidRDefault="00546D02" w:rsidP="00FF25BA">
      <w:pPr>
        <w:pStyle w:val="Heading1"/>
        <w:spacing w:before="0" w:line="240" w:lineRule="auto"/>
        <w:rPr>
          <w:rFonts w:ascii="Calibri" w:hAnsi="Calibri" w:cs="Calibri"/>
          <w:b w:val="0"/>
          <w:bCs w:val="0"/>
          <w:color w:val="auto"/>
          <w:sz w:val="22"/>
          <w:szCs w:val="22"/>
        </w:rPr>
      </w:pPr>
    </w:p>
    <w:p w14:paraId="1BE13166" w14:textId="75FCAFBF" w:rsidR="00FF25BA" w:rsidRPr="00736781" w:rsidRDefault="00FF25BA" w:rsidP="00FF25BA">
      <w:pPr>
        <w:pStyle w:val="Heading1"/>
        <w:spacing w:before="0" w:line="240" w:lineRule="auto"/>
        <w:rPr>
          <w:rFonts w:ascii="Calibri" w:hAnsi="Calibri" w:cs="Calibri"/>
          <w:color w:val="auto"/>
          <w:sz w:val="22"/>
          <w:szCs w:val="22"/>
        </w:rPr>
      </w:pPr>
      <w:r w:rsidRPr="00736781">
        <w:rPr>
          <w:rFonts w:ascii="Calibri" w:hAnsi="Calibri" w:cs="Calibri"/>
          <w:color w:val="auto"/>
          <w:sz w:val="22"/>
          <w:szCs w:val="22"/>
        </w:rPr>
        <w:t>Tool, Platform, Vendor, or Model</w:t>
      </w:r>
    </w:p>
    <w:p w14:paraId="2930E6AE" w14:textId="79EF191C" w:rsidR="00FF25BA" w:rsidRPr="00736781" w:rsidRDefault="00FF25BA" w:rsidP="00FF25BA">
      <w:pPr>
        <w:spacing w:after="0" w:line="240" w:lineRule="auto"/>
        <w:rPr>
          <w:rFonts w:ascii="Calibri" w:hAnsi="Calibri" w:cs="Calibri"/>
          <w:sz w:val="22"/>
        </w:rPr>
      </w:pPr>
      <w:r w:rsidRPr="00736781">
        <w:rPr>
          <w:rFonts w:ascii="Calibri" w:hAnsi="Calibri" w:cs="Calibri"/>
          <w:sz w:val="22"/>
        </w:rPr>
        <w:t xml:space="preserve">Vendor or tool name, if known: </w:t>
      </w:r>
    </w:p>
    <w:p w14:paraId="540E7428" w14:textId="64A34892" w:rsidR="00FF25BA" w:rsidRPr="00736781" w:rsidRDefault="00FF25BA" w:rsidP="00FF25BA">
      <w:pPr>
        <w:spacing w:after="0" w:line="240" w:lineRule="auto"/>
        <w:rPr>
          <w:rFonts w:ascii="Calibri" w:hAnsi="Calibri" w:cs="Calibri"/>
          <w:sz w:val="22"/>
        </w:rPr>
      </w:pPr>
      <w:r w:rsidRPr="00736781">
        <w:rPr>
          <w:rFonts w:ascii="Calibri" w:hAnsi="Calibri" w:cs="Calibri"/>
          <w:sz w:val="22"/>
        </w:rPr>
        <w:t xml:space="preserve">Product, platform, model, or service name: </w:t>
      </w:r>
    </w:p>
    <w:p w14:paraId="7470B523" w14:textId="77777777" w:rsidR="00FF25BA" w:rsidRPr="00736781" w:rsidRDefault="00FF25BA" w:rsidP="00FF25BA">
      <w:pPr>
        <w:spacing w:after="0" w:line="240" w:lineRule="auto"/>
        <w:rPr>
          <w:rFonts w:ascii="Calibri" w:hAnsi="Calibri" w:cs="Calibri"/>
          <w:sz w:val="22"/>
        </w:rPr>
      </w:pPr>
      <w:r w:rsidRPr="00736781">
        <w:rPr>
          <w:rFonts w:ascii="Calibri" w:hAnsi="Calibri" w:cs="Calibri"/>
          <w:sz w:val="22"/>
        </w:rPr>
        <w:t>Tool status:</w:t>
      </w:r>
    </w:p>
    <w:p w14:paraId="22E1F834" w14:textId="77777777" w:rsidR="00FF25BA" w:rsidRPr="00736781" w:rsidRDefault="00FF25BA" w:rsidP="00FF25BA">
      <w:pPr>
        <w:spacing w:after="0" w:line="240" w:lineRule="auto"/>
        <w:ind w:left="216"/>
        <w:rPr>
          <w:rFonts w:ascii="Calibri" w:hAnsi="Calibri" w:cs="Calibri"/>
          <w:sz w:val="22"/>
        </w:rPr>
      </w:pPr>
      <w:sdt>
        <w:sdtPr>
          <w:rPr>
            <w:rFonts w:ascii="Calibri" w:hAnsi="Calibri" w:cs="Calibri"/>
            <w:sz w:val="22"/>
          </w:rPr>
          <w:alias w:val="Existing bank-approved tool"/>
          <w:tag w:val="tool_status_1"/>
          <w:id w:val="6466467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367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736781">
        <w:rPr>
          <w:rFonts w:ascii="Calibri" w:hAnsi="Calibri" w:cs="Calibri"/>
          <w:sz w:val="22"/>
        </w:rPr>
        <w:t xml:space="preserve">  Existing bank-approved tool</w:t>
      </w:r>
    </w:p>
    <w:p w14:paraId="51FB995D" w14:textId="77777777" w:rsidR="00FF25BA" w:rsidRPr="00736781" w:rsidRDefault="00FF25BA" w:rsidP="00FF25BA">
      <w:pPr>
        <w:spacing w:after="0" w:line="240" w:lineRule="auto"/>
        <w:ind w:left="216"/>
        <w:rPr>
          <w:rFonts w:ascii="Calibri" w:hAnsi="Calibri" w:cs="Calibri"/>
          <w:sz w:val="22"/>
        </w:rPr>
      </w:pPr>
      <w:sdt>
        <w:sdtPr>
          <w:rPr>
            <w:rFonts w:ascii="Calibri" w:hAnsi="Calibri" w:cs="Calibri"/>
            <w:sz w:val="22"/>
          </w:rPr>
          <w:alias w:val="Existing vendor with new AI feature"/>
          <w:tag w:val="tool_status_2"/>
          <w:id w:val="9421485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367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736781">
        <w:rPr>
          <w:rFonts w:ascii="Calibri" w:hAnsi="Calibri" w:cs="Calibri"/>
          <w:sz w:val="22"/>
        </w:rPr>
        <w:t xml:space="preserve">  Existing vendor with new AI feature</w:t>
      </w:r>
    </w:p>
    <w:p w14:paraId="3C3760A6" w14:textId="77777777" w:rsidR="00FF25BA" w:rsidRPr="00736781" w:rsidRDefault="00FF25BA" w:rsidP="00FF25BA">
      <w:pPr>
        <w:spacing w:after="0" w:line="240" w:lineRule="auto"/>
        <w:ind w:left="216"/>
        <w:rPr>
          <w:rFonts w:ascii="Calibri" w:hAnsi="Calibri" w:cs="Calibri"/>
          <w:sz w:val="22"/>
        </w:rPr>
      </w:pPr>
      <w:sdt>
        <w:sdtPr>
          <w:rPr>
            <w:rFonts w:ascii="Calibri" w:hAnsi="Calibri" w:cs="Calibri"/>
            <w:sz w:val="22"/>
          </w:rPr>
          <w:alias w:val="New vendor or new platform"/>
          <w:tag w:val="tool_status_3"/>
          <w:id w:val="4639398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367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736781">
        <w:rPr>
          <w:rFonts w:ascii="Calibri" w:hAnsi="Calibri" w:cs="Calibri"/>
          <w:sz w:val="22"/>
        </w:rPr>
        <w:t xml:space="preserve">  New vendor or new platform</w:t>
      </w:r>
    </w:p>
    <w:p w14:paraId="33838E4E" w14:textId="77777777" w:rsidR="00FF25BA" w:rsidRPr="00736781" w:rsidRDefault="00FF25BA" w:rsidP="00FF25BA">
      <w:pPr>
        <w:spacing w:after="0" w:line="240" w:lineRule="auto"/>
        <w:ind w:left="216"/>
        <w:rPr>
          <w:rFonts w:ascii="Calibri" w:hAnsi="Calibri" w:cs="Calibri"/>
          <w:sz w:val="22"/>
        </w:rPr>
      </w:pPr>
      <w:sdt>
        <w:sdtPr>
          <w:rPr>
            <w:rFonts w:ascii="Calibri" w:hAnsi="Calibri" w:cs="Calibri"/>
            <w:sz w:val="22"/>
          </w:rPr>
          <w:alias w:val="Internally developed or configured AI capability"/>
          <w:tag w:val="tool_status_4"/>
          <w:id w:val="1778478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367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736781">
        <w:rPr>
          <w:rFonts w:ascii="Calibri" w:hAnsi="Calibri" w:cs="Calibri"/>
          <w:sz w:val="22"/>
        </w:rPr>
        <w:t xml:space="preserve">  Internally developed or configured AI capability</w:t>
      </w:r>
    </w:p>
    <w:p w14:paraId="1C1B8A34" w14:textId="77777777" w:rsidR="00FF25BA" w:rsidRPr="00736781" w:rsidRDefault="00FF25BA" w:rsidP="00FF25BA">
      <w:pPr>
        <w:spacing w:after="0" w:line="240" w:lineRule="auto"/>
        <w:rPr>
          <w:rFonts w:ascii="Calibri" w:hAnsi="Calibri" w:cs="Calibri"/>
          <w:sz w:val="22"/>
        </w:rPr>
      </w:pPr>
      <w:r w:rsidRPr="00736781">
        <w:rPr>
          <w:rFonts w:ascii="Calibri" w:hAnsi="Calibri" w:cs="Calibri"/>
          <w:sz w:val="22"/>
        </w:rPr>
        <w:t>Describe any planned integrations with bank systems, applications, data stores, APIs, or workflows:</w:t>
      </w:r>
    </w:p>
    <w:p w14:paraId="4AB6B24F" w14:textId="77777777" w:rsidR="00546D02" w:rsidRPr="00736781" w:rsidRDefault="00546D02" w:rsidP="00FF25BA">
      <w:pPr>
        <w:pStyle w:val="Heading1"/>
        <w:spacing w:before="0" w:line="240" w:lineRule="auto"/>
        <w:rPr>
          <w:rFonts w:ascii="Calibri" w:hAnsi="Calibri" w:cs="Calibri"/>
          <w:color w:val="auto"/>
          <w:sz w:val="22"/>
          <w:szCs w:val="22"/>
        </w:rPr>
      </w:pPr>
    </w:p>
    <w:p w14:paraId="3B558D75" w14:textId="386D0DC9" w:rsidR="00FF25BA" w:rsidRPr="00736781" w:rsidRDefault="00FF25BA" w:rsidP="00FF25BA">
      <w:pPr>
        <w:pStyle w:val="Heading1"/>
        <w:spacing w:before="0" w:line="240" w:lineRule="auto"/>
        <w:rPr>
          <w:rFonts w:ascii="Calibri" w:hAnsi="Calibri" w:cs="Calibri"/>
          <w:color w:val="auto"/>
          <w:sz w:val="22"/>
          <w:szCs w:val="22"/>
        </w:rPr>
      </w:pPr>
      <w:r w:rsidRPr="00736781">
        <w:rPr>
          <w:rFonts w:ascii="Calibri" w:hAnsi="Calibri" w:cs="Calibri"/>
          <w:color w:val="auto"/>
          <w:sz w:val="22"/>
          <w:szCs w:val="22"/>
        </w:rPr>
        <w:t>Data Involved</w:t>
      </w:r>
    </w:p>
    <w:p w14:paraId="5C208397" w14:textId="77777777" w:rsidR="00FF25BA" w:rsidRPr="00736781" w:rsidRDefault="00FF25BA" w:rsidP="00FF25BA">
      <w:pPr>
        <w:spacing w:after="0" w:line="240" w:lineRule="auto"/>
        <w:rPr>
          <w:rFonts w:ascii="Calibri" w:hAnsi="Calibri" w:cs="Calibri"/>
          <w:sz w:val="22"/>
        </w:rPr>
      </w:pPr>
      <w:r w:rsidRPr="00736781">
        <w:rPr>
          <w:rFonts w:ascii="Calibri" w:hAnsi="Calibri" w:cs="Calibri"/>
          <w:sz w:val="22"/>
        </w:rPr>
        <w:t>Describe the data that will be entered, uploaded, connected, retrieved, generated, or stored:</w:t>
      </w:r>
    </w:p>
    <w:p w14:paraId="60CF8C21" w14:textId="5DE355D1" w:rsidR="00FF25BA" w:rsidRPr="00736781" w:rsidRDefault="00FF25BA" w:rsidP="00FF25BA">
      <w:pPr>
        <w:spacing w:after="0" w:line="240" w:lineRule="auto"/>
        <w:rPr>
          <w:rFonts w:ascii="Calibri" w:hAnsi="Calibri" w:cs="Calibri"/>
          <w:sz w:val="22"/>
        </w:rPr>
      </w:pPr>
      <w:r w:rsidRPr="00736781">
        <w:rPr>
          <w:rFonts w:ascii="Calibri" w:hAnsi="Calibri" w:cs="Calibri"/>
          <w:sz w:val="22"/>
        </w:rPr>
        <w:t>Data categories involved:</w:t>
      </w:r>
    </w:p>
    <w:p w14:paraId="153FC2E1" w14:textId="3DB6FDD1" w:rsidR="00FF25BA" w:rsidRPr="00736781" w:rsidRDefault="00FF25BA" w:rsidP="00FF25BA">
      <w:pPr>
        <w:spacing w:after="0" w:line="240" w:lineRule="auto"/>
        <w:ind w:left="216"/>
        <w:rPr>
          <w:rFonts w:ascii="Calibri" w:hAnsi="Calibri" w:cs="Calibri"/>
          <w:sz w:val="22"/>
        </w:rPr>
      </w:pPr>
      <w:sdt>
        <w:sdtPr>
          <w:rPr>
            <w:rFonts w:ascii="Calibri" w:hAnsi="Calibri" w:cs="Calibri"/>
            <w:sz w:val="22"/>
          </w:rPr>
          <w:alias w:val="No bank or customer data"/>
          <w:tag w:val="data_category_1"/>
          <w:id w:val="2047854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367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736781">
        <w:rPr>
          <w:rFonts w:ascii="Calibri" w:hAnsi="Calibri" w:cs="Calibri"/>
          <w:sz w:val="22"/>
        </w:rPr>
        <w:t xml:space="preserve">  No bank or customer data</w:t>
      </w:r>
    </w:p>
    <w:p w14:paraId="602E28DB" w14:textId="77777777" w:rsidR="00FF25BA" w:rsidRPr="00736781" w:rsidRDefault="00FF25BA" w:rsidP="00FF25BA">
      <w:pPr>
        <w:spacing w:after="0" w:line="240" w:lineRule="auto"/>
        <w:ind w:left="216"/>
        <w:rPr>
          <w:rFonts w:ascii="Calibri" w:hAnsi="Calibri" w:cs="Calibri"/>
          <w:sz w:val="22"/>
        </w:rPr>
      </w:pPr>
      <w:sdt>
        <w:sdtPr>
          <w:rPr>
            <w:rFonts w:ascii="Calibri" w:hAnsi="Calibri" w:cs="Calibri"/>
            <w:sz w:val="22"/>
          </w:rPr>
          <w:alias w:val="Internal bank information"/>
          <w:tag w:val="data_category_3"/>
          <w:id w:val="660650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367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736781">
        <w:rPr>
          <w:rFonts w:ascii="Calibri" w:hAnsi="Calibri" w:cs="Calibri"/>
          <w:sz w:val="22"/>
        </w:rPr>
        <w:t xml:space="preserve">  Internal bank information</w:t>
      </w:r>
    </w:p>
    <w:p w14:paraId="65E23BF0" w14:textId="77777777" w:rsidR="00FF25BA" w:rsidRPr="00736781" w:rsidRDefault="00FF25BA" w:rsidP="00FF25BA">
      <w:pPr>
        <w:spacing w:after="0" w:line="240" w:lineRule="auto"/>
        <w:ind w:left="216"/>
        <w:rPr>
          <w:rFonts w:ascii="Calibri" w:hAnsi="Calibri" w:cs="Calibri"/>
          <w:sz w:val="22"/>
        </w:rPr>
      </w:pPr>
      <w:sdt>
        <w:sdtPr>
          <w:rPr>
            <w:rFonts w:ascii="Calibri" w:hAnsi="Calibri" w:cs="Calibri"/>
            <w:sz w:val="22"/>
          </w:rPr>
          <w:alias w:val="Confidential bank information"/>
          <w:tag w:val="data_category_4"/>
          <w:id w:val="9346064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367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736781">
        <w:rPr>
          <w:rFonts w:ascii="Calibri" w:hAnsi="Calibri" w:cs="Calibri"/>
          <w:sz w:val="22"/>
        </w:rPr>
        <w:t xml:space="preserve">  Confidential bank information</w:t>
      </w:r>
    </w:p>
    <w:p w14:paraId="332252FC" w14:textId="77777777" w:rsidR="00FF25BA" w:rsidRPr="00736781" w:rsidRDefault="00FF25BA" w:rsidP="00FF25BA">
      <w:pPr>
        <w:spacing w:after="0" w:line="240" w:lineRule="auto"/>
        <w:ind w:left="216"/>
        <w:rPr>
          <w:rFonts w:ascii="Calibri" w:hAnsi="Calibri" w:cs="Calibri"/>
          <w:sz w:val="22"/>
        </w:rPr>
      </w:pPr>
      <w:sdt>
        <w:sdtPr>
          <w:rPr>
            <w:rFonts w:ascii="Calibri" w:hAnsi="Calibri" w:cs="Calibri"/>
            <w:sz w:val="22"/>
          </w:rPr>
          <w:alias w:val="Customer nonpublic personal information"/>
          <w:tag w:val="data_category_5"/>
          <w:id w:val="3072939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367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736781">
        <w:rPr>
          <w:rFonts w:ascii="Calibri" w:hAnsi="Calibri" w:cs="Calibri"/>
          <w:sz w:val="22"/>
        </w:rPr>
        <w:t xml:space="preserve">  Customer nonpublic personal information</w:t>
      </w:r>
    </w:p>
    <w:p w14:paraId="46D65D7F" w14:textId="77777777" w:rsidR="00FF25BA" w:rsidRPr="00736781" w:rsidRDefault="00FF25BA" w:rsidP="00FF25BA">
      <w:pPr>
        <w:spacing w:after="0" w:line="240" w:lineRule="auto"/>
        <w:ind w:left="216"/>
        <w:rPr>
          <w:rFonts w:ascii="Calibri" w:hAnsi="Calibri" w:cs="Calibri"/>
          <w:sz w:val="22"/>
        </w:rPr>
      </w:pPr>
      <w:sdt>
        <w:sdtPr>
          <w:rPr>
            <w:rFonts w:ascii="Calibri" w:hAnsi="Calibri" w:cs="Calibri"/>
            <w:sz w:val="22"/>
          </w:rPr>
          <w:alias w:val="Account, transaction, or payment data"/>
          <w:tag w:val="data_category_6"/>
          <w:id w:val="181879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367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736781">
        <w:rPr>
          <w:rFonts w:ascii="Calibri" w:hAnsi="Calibri" w:cs="Calibri"/>
          <w:sz w:val="22"/>
        </w:rPr>
        <w:t xml:space="preserve">  </w:t>
      </w:r>
      <w:proofErr w:type="gramStart"/>
      <w:r w:rsidRPr="00736781">
        <w:rPr>
          <w:rFonts w:ascii="Calibri" w:hAnsi="Calibri" w:cs="Calibri"/>
          <w:sz w:val="22"/>
        </w:rPr>
        <w:t>Account</w:t>
      </w:r>
      <w:proofErr w:type="gramEnd"/>
      <w:r w:rsidRPr="00736781">
        <w:rPr>
          <w:rFonts w:ascii="Calibri" w:hAnsi="Calibri" w:cs="Calibri"/>
          <w:sz w:val="22"/>
        </w:rPr>
        <w:t xml:space="preserve">, </w:t>
      </w:r>
      <w:proofErr w:type="gramStart"/>
      <w:r w:rsidRPr="00736781">
        <w:rPr>
          <w:rFonts w:ascii="Calibri" w:hAnsi="Calibri" w:cs="Calibri"/>
          <w:sz w:val="22"/>
        </w:rPr>
        <w:t>transaction</w:t>
      </w:r>
      <w:proofErr w:type="gramEnd"/>
      <w:r w:rsidRPr="00736781">
        <w:rPr>
          <w:rFonts w:ascii="Calibri" w:hAnsi="Calibri" w:cs="Calibri"/>
          <w:sz w:val="22"/>
        </w:rPr>
        <w:t>, or payment data</w:t>
      </w:r>
    </w:p>
    <w:p w14:paraId="28CDA3B6" w14:textId="77777777" w:rsidR="00FF25BA" w:rsidRPr="00736781" w:rsidRDefault="00FF25BA" w:rsidP="00FF25BA">
      <w:pPr>
        <w:spacing w:after="0" w:line="240" w:lineRule="auto"/>
        <w:ind w:left="216"/>
        <w:rPr>
          <w:rFonts w:ascii="Calibri" w:hAnsi="Calibri" w:cs="Calibri"/>
          <w:sz w:val="22"/>
        </w:rPr>
      </w:pPr>
      <w:sdt>
        <w:sdtPr>
          <w:rPr>
            <w:rFonts w:ascii="Calibri" w:hAnsi="Calibri" w:cs="Calibri"/>
            <w:sz w:val="22"/>
          </w:rPr>
          <w:alias w:val="Employee or HR data"/>
          <w:tag w:val="data_category_7"/>
          <w:id w:val="2050349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367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736781">
        <w:rPr>
          <w:rFonts w:ascii="Calibri" w:hAnsi="Calibri" w:cs="Calibri"/>
          <w:sz w:val="22"/>
        </w:rPr>
        <w:t xml:space="preserve">  Employee or HR data</w:t>
      </w:r>
    </w:p>
    <w:p w14:paraId="125013AD" w14:textId="77777777" w:rsidR="00546D02" w:rsidRPr="00736781" w:rsidRDefault="00546D02" w:rsidP="00FF25BA">
      <w:pPr>
        <w:spacing w:after="0" w:line="240" w:lineRule="auto"/>
        <w:rPr>
          <w:rFonts w:ascii="Calibri" w:hAnsi="Calibri" w:cs="Calibri"/>
          <w:sz w:val="22"/>
        </w:rPr>
      </w:pPr>
    </w:p>
    <w:p w14:paraId="25875F6D" w14:textId="0E70FD55" w:rsidR="00FF25BA" w:rsidRPr="00736781" w:rsidRDefault="00FF25BA" w:rsidP="00FF25BA">
      <w:pPr>
        <w:pStyle w:val="Heading1"/>
        <w:spacing w:before="0" w:line="240" w:lineRule="auto"/>
        <w:rPr>
          <w:rFonts w:ascii="Calibri" w:hAnsi="Calibri" w:cs="Calibri"/>
          <w:color w:val="auto"/>
          <w:sz w:val="22"/>
          <w:szCs w:val="22"/>
        </w:rPr>
      </w:pPr>
      <w:r w:rsidRPr="00736781">
        <w:rPr>
          <w:rFonts w:ascii="Calibri" w:hAnsi="Calibri" w:cs="Calibri"/>
          <w:color w:val="auto"/>
          <w:sz w:val="22"/>
          <w:szCs w:val="22"/>
        </w:rPr>
        <w:t>Users, Access, and Controls</w:t>
      </w:r>
    </w:p>
    <w:p w14:paraId="55649A75" w14:textId="1FB35E61" w:rsidR="00FF25BA" w:rsidRPr="00736781" w:rsidRDefault="00FF25BA" w:rsidP="00FF25BA">
      <w:pPr>
        <w:spacing w:after="0" w:line="240" w:lineRule="auto"/>
        <w:rPr>
          <w:rFonts w:ascii="Calibri" w:hAnsi="Calibri" w:cs="Calibri"/>
          <w:sz w:val="22"/>
        </w:rPr>
      </w:pPr>
      <w:r w:rsidRPr="00736781">
        <w:rPr>
          <w:rFonts w:ascii="Calibri" w:hAnsi="Calibri" w:cs="Calibri"/>
          <w:sz w:val="22"/>
        </w:rPr>
        <w:t xml:space="preserve">Expected user group or department: </w:t>
      </w:r>
    </w:p>
    <w:p w14:paraId="16EBC4A2" w14:textId="77777777" w:rsidR="00FF25BA" w:rsidRPr="00736781" w:rsidRDefault="00FF25BA" w:rsidP="00FF25BA">
      <w:pPr>
        <w:spacing w:after="0" w:line="240" w:lineRule="auto"/>
        <w:rPr>
          <w:rFonts w:ascii="Calibri" w:hAnsi="Calibri" w:cs="Calibri"/>
          <w:sz w:val="22"/>
        </w:rPr>
      </w:pPr>
      <w:r w:rsidRPr="00736781">
        <w:rPr>
          <w:rFonts w:ascii="Calibri" w:hAnsi="Calibri" w:cs="Calibri"/>
          <w:sz w:val="22"/>
        </w:rPr>
        <w:t>Access model:</w:t>
      </w:r>
    </w:p>
    <w:p w14:paraId="6DE343C1" w14:textId="77777777" w:rsidR="00FF25BA" w:rsidRPr="00736781" w:rsidRDefault="00FF25BA" w:rsidP="00FF25BA">
      <w:pPr>
        <w:spacing w:after="0" w:line="240" w:lineRule="auto"/>
        <w:ind w:left="216"/>
        <w:rPr>
          <w:rFonts w:ascii="Calibri" w:hAnsi="Calibri" w:cs="Calibri"/>
          <w:sz w:val="22"/>
        </w:rPr>
      </w:pPr>
      <w:sdt>
        <w:sdtPr>
          <w:rPr>
            <w:rFonts w:ascii="Calibri" w:hAnsi="Calibri" w:cs="Calibri"/>
            <w:sz w:val="22"/>
          </w:rPr>
          <w:alias w:val="Individual named users"/>
          <w:tag w:val="access_model_1"/>
          <w:id w:val="1007086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367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736781">
        <w:rPr>
          <w:rFonts w:ascii="Calibri" w:hAnsi="Calibri" w:cs="Calibri"/>
          <w:sz w:val="22"/>
        </w:rPr>
        <w:t xml:space="preserve">  Individual named users</w:t>
      </w:r>
    </w:p>
    <w:p w14:paraId="42AB3933" w14:textId="77777777" w:rsidR="00FF25BA" w:rsidRPr="00736781" w:rsidRDefault="00FF25BA" w:rsidP="00FF25BA">
      <w:pPr>
        <w:spacing w:after="0" w:line="240" w:lineRule="auto"/>
        <w:ind w:left="216"/>
        <w:rPr>
          <w:rFonts w:ascii="Calibri" w:hAnsi="Calibri" w:cs="Calibri"/>
          <w:sz w:val="22"/>
        </w:rPr>
      </w:pPr>
      <w:sdt>
        <w:sdtPr>
          <w:rPr>
            <w:rFonts w:ascii="Calibri" w:hAnsi="Calibri" w:cs="Calibri"/>
            <w:sz w:val="22"/>
          </w:rPr>
          <w:alias w:val="Department or group-based access"/>
          <w:tag w:val="access_model_2"/>
          <w:id w:val="5321377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367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736781">
        <w:rPr>
          <w:rFonts w:ascii="Calibri" w:hAnsi="Calibri" w:cs="Calibri"/>
          <w:sz w:val="22"/>
        </w:rPr>
        <w:t xml:space="preserve">  Department or group-based access</w:t>
      </w:r>
    </w:p>
    <w:p w14:paraId="3DBE3D8F" w14:textId="77777777" w:rsidR="00FF25BA" w:rsidRPr="00736781" w:rsidRDefault="00FF25BA" w:rsidP="00FF25BA">
      <w:pPr>
        <w:spacing w:after="0" w:line="240" w:lineRule="auto"/>
        <w:ind w:left="216"/>
        <w:rPr>
          <w:rFonts w:ascii="Calibri" w:hAnsi="Calibri" w:cs="Calibri"/>
          <w:sz w:val="22"/>
        </w:rPr>
      </w:pPr>
      <w:sdt>
        <w:sdtPr>
          <w:rPr>
            <w:rFonts w:ascii="Calibri" w:hAnsi="Calibri" w:cs="Calibri"/>
            <w:sz w:val="22"/>
          </w:rPr>
          <w:alias w:val="Privileged/admin access required"/>
          <w:tag w:val="access_model_3"/>
          <w:id w:val="3239590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367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736781">
        <w:rPr>
          <w:rFonts w:ascii="Calibri" w:hAnsi="Calibri" w:cs="Calibri"/>
          <w:sz w:val="22"/>
        </w:rPr>
        <w:t xml:space="preserve">  Privileged/admin access required</w:t>
      </w:r>
    </w:p>
    <w:p w14:paraId="464C5D3B" w14:textId="77777777" w:rsidR="00FF25BA" w:rsidRPr="00736781" w:rsidRDefault="00FF25BA" w:rsidP="00FF25BA">
      <w:pPr>
        <w:spacing w:after="0" w:line="240" w:lineRule="auto"/>
        <w:ind w:left="216"/>
        <w:rPr>
          <w:rFonts w:ascii="Calibri" w:hAnsi="Calibri" w:cs="Calibri"/>
          <w:sz w:val="22"/>
        </w:rPr>
      </w:pPr>
      <w:sdt>
        <w:sdtPr>
          <w:rPr>
            <w:rFonts w:ascii="Calibri" w:hAnsi="Calibri" w:cs="Calibri"/>
            <w:sz w:val="22"/>
          </w:rPr>
          <w:alias w:val="Service account or API access required"/>
          <w:tag w:val="access_model_4"/>
          <w:id w:val="1429441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367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736781">
        <w:rPr>
          <w:rFonts w:ascii="Calibri" w:hAnsi="Calibri" w:cs="Calibri"/>
          <w:sz w:val="22"/>
        </w:rPr>
        <w:t xml:space="preserve">  Service account or API access required</w:t>
      </w:r>
    </w:p>
    <w:p w14:paraId="3405C804" w14:textId="77777777" w:rsidR="00B20431" w:rsidRPr="00736781" w:rsidRDefault="00B20431" w:rsidP="00FF25BA">
      <w:pPr>
        <w:pStyle w:val="Heading1"/>
        <w:spacing w:before="0" w:line="240" w:lineRule="auto"/>
        <w:rPr>
          <w:rFonts w:ascii="Calibri" w:hAnsi="Calibri" w:cs="Calibri"/>
          <w:b w:val="0"/>
          <w:bCs w:val="0"/>
          <w:color w:val="auto"/>
          <w:sz w:val="22"/>
          <w:szCs w:val="22"/>
        </w:rPr>
      </w:pPr>
    </w:p>
    <w:p w14:paraId="75C29E47" w14:textId="77777777" w:rsidR="00736781" w:rsidRDefault="00736781">
      <w:pPr>
        <w:rPr>
          <w:rFonts w:ascii="Calibri" w:eastAsiaTheme="majorEastAsia" w:hAnsi="Calibri" w:cs="Calibri"/>
          <w:b/>
          <w:bCs/>
          <w:sz w:val="22"/>
        </w:rPr>
      </w:pPr>
      <w:r>
        <w:rPr>
          <w:rFonts w:ascii="Calibri" w:hAnsi="Calibri" w:cs="Calibri"/>
          <w:sz w:val="22"/>
        </w:rPr>
        <w:br w:type="page"/>
      </w:r>
    </w:p>
    <w:p w14:paraId="7C49C38D" w14:textId="129681B5" w:rsidR="00736781" w:rsidRPr="00736781" w:rsidRDefault="00736781" w:rsidP="00FF25BA">
      <w:pPr>
        <w:pStyle w:val="Heading1"/>
        <w:spacing w:before="0" w:line="240" w:lineRule="auto"/>
        <w:rPr>
          <w:rFonts w:ascii="Calibri" w:hAnsi="Calibri" w:cs="Calibri"/>
          <w:color w:val="C00000"/>
          <w:sz w:val="22"/>
          <w:szCs w:val="22"/>
        </w:rPr>
      </w:pPr>
      <w:r>
        <w:rPr>
          <w:rFonts w:ascii="Calibri" w:hAnsi="Calibri" w:cs="Calibri"/>
          <w:color w:val="C00000"/>
          <w:sz w:val="22"/>
          <w:szCs w:val="22"/>
        </w:rPr>
        <w:lastRenderedPageBreak/>
        <w:t>***</w:t>
      </w:r>
      <w:r w:rsidRPr="00736781">
        <w:rPr>
          <w:rFonts w:ascii="Calibri" w:hAnsi="Calibri" w:cs="Calibri"/>
          <w:color w:val="C00000"/>
          <w:sz w:val="22"/>
          <w:szCs w:val="22"/>
        </w:rPr>
        <w:t>For AI Governance Committee Use</w:t>
      </w:r>
      <w:r>
        <w:rPr>
          <w:rFonts w:ascii="Calibri" w:hAnsi="Calibri" w:cs="Calibri"/>
          <w:color w:val="C00000"/>
          <w:sz w:val="22"/>
          <w:szCs w:val="22"/>
        </w:rPr>
        <w:t>***</w:t>
      </w:r>
    </w:p>
    <w:p w14:paraId="781C3865" w14:textId="77777777" w:rsidR="006F23D6" w:rsidRDefault="006F23D6" w:rsidP="006F23D6">
      <w:pPr>
        <w:pStyle w:val="Heading1"/>
        <w:spacing w:before="0" w:line="240" w:lineRule="auto"/>
        <w:rPr>
          <w:rFonts w:ascii="Calibri" w:hAnsi="Calibri" w:cs="Calibri"/>
          <w:b w:val="0"/>
          <w:bCs w:val="0"/>
          <w:color w:val="auto"/>
          <w:sz w:val="22"/>
          <w:szCs w:val="22"/>
        </w:rPr>
      </w:pPr>
      <w:r w:rsidRPr="00736781">
        <w:rPr>
          <w:rFonts w:ascii="Calibri" w:hAnsi="Calibri" w:cs="Calibri"/>
          <w:b w:val="0"/>
          <w:bCs w:val="0"/>
          <w:color w:val="auto"/>
          <w:sz w:val="22"/>
          <w:szCs w:val="22"/>
        </w:rPr>
        <w:t>Committee Review</w:t>
      </w:r>
      <w:r>
        <w:rPr>
          <w:rFonts w:ascii="Calibri" w:hAnsi="Calibri" w:cs="Calibri"/>
          <w:b w:val="0"/>
          <w:bCs w:val="0"/>
          <w:color w:val="auto"/>
          <w:sz w:val="22"/>
          <w:szCs w:val="22"/>
        </w:rPr>
        <w:t xml:space="preserve"> Date:</w:t>
      </w:r>
    </w:p>
    <w:p w14:paraId="4356E460" w14:textId="77777777" w:rsidR="00FF25BA" w:rsidRPr="00736781" w:rsidRDefault="00FF25BA" w:rsidP="00FF25BA">
      <w:pPr>
        <w:spacing w:after="0" w:line="240" w:lineRule="auto"/>
        <w:rPr>
          <w:rFonts w:ascii="Calibri" w:hAnsi="Calibri" w:cs="Calibri"/>
          <w:sz w:val="22"/>
        </w:rPr>
      </w:pPr>
      <w:r w:rsidRPr="00736781">
        <w:rPr>
          <w:rFonts w:ascii="Calibri" w:hAnsi="Calibri" w:cs="Calibri"/>
          <w:sz w:val="22"/>
        </w:rPr>
        <w:t>Committee routing:</w:t>
      </w:r>
    </w:p>
    <w:p w14:paraId="7784119C" w14:textId="3D613172" w:rsidR="00FF25BA" w:rsidRPr="00736781" w:rsidRDefault="00FF25BA" w:rsidP="00FF25BA">
      <w:pPr>
        <w:spacing w:after="0" w:line="240" w:lineRule="auto"/>
        <w:ind w:left="216"/>
        <w:rPr>
          <w:rFonts w:ascii="Calibri" w:hAnsi="Calibri" w:cs="Calibri"/>
          <w:sz w:val="22"/>
        </w:rPr>
      </w:pPr>
      <w:sdt>
        <w:sdtPr>
          <w:rPr>
            <w:rFonts w:ascii="Calibri" w:hAnsi="Calibri" w:cs="Calibri"/>
            <w:sz w:val="22"/>
          </w:rPr>
          <w:alias w:val="Compliance review for regulatory issues"/>
          <w:tag w:val="routing_1"/>
          <w:id w:val="1805581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367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736781">
        <w:rPr>
          <w:rFonts w:ascii="Calibri" w:hAnsi="Calibri" w:cs="Calibri"/>
          <w:sz w:val="22"/>
        </w:rPr>
        <w:t xml:space="preserve">  Compliance review for regulatory issues</w:t>
      </w:r>
      <w:r w:rsidR="00736781">
        <w:rPr>
          <w:rFonts w:ascii="Calibri" w:hAnsi="Calibri" w:cs="Calibri"/>
          <w:sz w:val="22"/>
        </w:rPr>
        <w:t xml:space="preserve"> (Compliance)</w:t>
      </w:r>
    </w:p>
    <w:p w14:paraId="20A48C9A" w14:textId="51237460" w:rsidR="00FF25BA" w:rsidRPr="00736781" w:rsidRDefault="00FF25BA" w:rsidP="00FF25BA">
      <w:pPr>
        <w:spacing w:after="0" w:line="240" w:lineRule="auto"/>
        <w:ind w:left="216"/>
        <w:rPr>
          <w:rFonts w:ascii="Calibri" w:hAnsi="Calibri" w:cs="Calibri"/>
          <w:sz w:val="22"/>
        </w:rPr>
      </w:pPr>
      <w:sdt>
        <w:sdtPr>
          <w:rPr>
            <w:rFonts w:ascii="Calibri" w:hAnsi="Calibri" w:cs="Calibri"/>
            <w:sz w:val="22"/>
          </w:rPr>
          <w:alias w:val="Risk assessment for use case and/or platform"/>
          <w:tag w:val="routing_2"/>
          <w:id w:val="231685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367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736781">
        <w:rPr>
          <w:rFonts w:ascii="Calibri" w:hAnsi="Calibri" w:cs="Calibri"/>
          <w:sz w:val="22"/>
        </w:rPr>
        <w:t xml:space="preserve">  </w:t>
      </w:r>
      <w:r w:rsidR="00736781">
        <w:rPr>
          <w:rFonts w:ascii="Calibri" w:hAnsi="Calibri" w:cs="Calibri"/>
          <w:sz w:val="22"/>
        </w:rPr>
        <w:t>Risk U</w:t>
      </w:r>
      <w:r w:rsidRPr="00736781">
        <w:rPr>
          <w:rFonts w:ascii="Calibri" w:hAnsi="Calibri" w:cs="Calibri"/>
          <w:sz w:val="22"/>
        </w:rPr>
        <w:t>se case and/or platform</w:t>
      </w:r>
      <w:r w:rsidR="00736781">
        <w:rPr>
          <w:rFonts w:ascii="Calibri" w:hAnsi="Calibri" w:cs="Calibri"/>
          <w:sz w:val="22"/>
        </w:rPr>
        <w:t xml:space="preserve"> Review (Risk Dept)</w:t>
      </w:r>
    </w:p>
    <w:p w14:paraId="63B2BE65" w14:textId="5A52FEF4" w:rsidR="00FF25BA" w:rsidRPr="00736781" w:rsidRDefault="00FF25BA" w:rsidP="00FF25BA">
      <w:pPr>
        <w:spacing w:after="0" w:line="240" w:lineRule="auto"/>
        <w:ind w:left="216"/>
        <w:rPr>
          <w:rFonts w:ascii="Calibri" w:hAnsi="Calibri" w:cs="Calibri"/>
          <w:sz w:val="22"/>
        </w:rPr>
      </w:pPr>
      <w:sdt>
        <w:sdtPr>
          <w:rPr>
            <w:rFonts w:ascii="Calibri" w:hAnsi="Calibri" w:cs="Calibri"/>
            <w:sz w:val="22"/>
          </w:rPr>
          <w:alias w:val="Information Security / IT review"/>
          <w:tag w:val="routing_3"/>
          <w:id w:val="12792441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367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736781">
        <w:rPr>
          <w:rFonts w:ascii="Calibri" w:hAnsi="Calibri" w:cs="Calibri"/>
          <w:sz w:val="22"/>
        </w:rPr>
        <w:t xml:space="preserve">  Information Security / IT review</w:t>
      </w:r>
      <w:r w:rsidR="00736781">
        <w:rPr>
          <w:rFonts w:ascii="Calibri" w:hAnsi="Calibri" w:cs="Calibri"/>
          <w:sz w:val="22"/>
        </w:rPr>
        <w:t xml:space="preserve"> (IS)</w:t>
      </w:r>
    </w:p>
    <w:p w14:paraId="1C568150" w14:textId="5D1D0DD1" w:rsidR="00FF25BA" w:rsidRPr="00736781" w:rsidRDefault="00FF25BA" w:rsidP="00FF25BA">
      <w:pPr>
        <w:spacing w:after="0" w:line="240" w:lineRule="auto"/>
        <w:ind w:left="216"/>
        <w:rPr>
          <w:rFonts w:ascii="Calibri" w:hAnsi="Calibri" w:cs="Calibri"/>
          <w:sz w:val="22"/>
        </w:rPr>
      </w:pPr>
      <w:sdt>
        <w:sdtPr>
          <w:rPr>
            <w:rFonts w:ascii="Calibri" w:hAnsi="Calibri" w:cs="Calibri"/>
            <w:sz w:val="22"/>
          </w:rPr>
          <w:alias w:val="Full vendor review under the Bank’s vendor management progra"/>
          <w:tag w:val="routing_5"/>
          <w:id w:val="15174101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367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736781">
        <w:rPr>
          <w:rFonts w:ascii="Calibri" w:hAnsi="Calibri" w:cs="Calibri"/>
          <w:sz w:val="22"/>
        </w:rPr>
        <w:t xml:space="preserve">  Full vendor review under the Bank’s vendor management program</w:t>
      </w:r>
      <w:r w:rsidR="00736781">
        <w:rPr>
          <w:rFonts w:ascii="Calibri" w:hAnsi="Calibri" w:cs="Calibri"/>
          <w:sz w:val="22"/>
        </w:rPr>
        <w:t xml:space="preserve"> (CIO)</w:t>
      </w:r>
    </w:p>
    <w:p w14:paraId="468B6E10" w14:textId="77777777" w:rsidR="00736781" w:rsidRDefault="00736781" w:rsidP="00FF25BA">
      <w:pPr>
        <w:pStyle w:val="Heading1"/>
        <w:spacing w:before="0" w:line="240" w:lineRule="auto"/>
        <w:rPr>
          <w:rFonts w:ascii="Calibri" w:hAnsi="Calibri" w:cs="Calibri"/>
          <w:b w:val="0"/>
          <w:bCs w:val="0"/>
          <w:color w:val="auto"/>
          <w:sz w:val="22"/>
          <w:szCs w:val="22"/>
        </w:rPr>
      </w:pPr>
    </w:p>
    <w:p w14:paraId="5FE61426" w14:textId="77777777" w:rsidR="00FF25BA" w:rsidRPr="00736781" w:rsidRDefault="00FF25BA" w:rsidP="00FF25BA">
      <w:pPr>
        <w:spacing w:after="0" w:line="240" w:lineRule="auto"/>
        <w:rPr>
          <w:rFonts w:ascii="Calibri" w:hAnsi="Calibri" w:cs="Calibri"/>
          <w:sz w:val="22"/>
        </w:rPr>
      </w:pPr>
      <w:r w:rsidRPr="00736781">
        <w:rPr>
          <w:rFonts w:ascii="Calibri" w:hAnsi="Calibri" w:cs="Calibri"/>
          <w:sz w:val="22"/>
        </w:rPr>
        <w:t>Compliance review summary:</w:t>
      </w:r>
    </w:p>
    <w:p w14:paraId="53322ADF" w14:textId="77777777" w:rsidR="00B20431" w:rsidRPr="00736781" w:rsidRDefault="00B20431" w:rsidP="00FF25BA">
      <w:pPr>
        <w:spacing w:after="0" w:line="240" w:lineRule="auto"/>
        <w:rPr>
          <w:rFonts w:ascii="Calibri" w:hAnsi="Calibri" w:cs="Calibri"/>
          <w:sz w:val="22"/>
        </w:rPr>
      </w:pPr>
    </w:p>
    <w:p w14:paraId="7F9CB797" w14:textId="08EEFB7A" w:rsidR="00FF25BA" w:rsidRPr="00736781" w:rsidRDefault="00FF25BA" w:rsidP="00FF25BA">
      <w:pPr>
        <w:spacing w:after="0" w:line="240" w:lineRule="auto"/>
        <w:rPr>
          <w:rFonts w:ascii="Calibri" w:hAnsi="Calibri" w:cs="Calibri"/>
          <w:sz w:val="22"/>
        </w:rPr>
      </w:pPr>
      <w:r w:rsidRPr="00736781">
        <w:rPr>
          <w:rFonts w:ascii="Calibri" w:hAnsi="Calibri" w:cs="Calibri"/>
          <w:sz w:val="22"/>
        </w:rPr>
        <w:t>Risk review summary:</w:t>
      </w:r>
    </w:p>
    <w:p w14:paraId="3ACB4D1C" w14:textId="77777777" w:rsidR="006F23D6" w:rsidRDefault="006F23D6" w:rsidP="00FF25BA">
      <w:pPr>
        <w:spacing w:after="0" w:line="240" w:lineRule="auto"/>
        <w:rPr>
          <w:rFonts w:ascii="Calibri" w:hAnsi="Calibri" w:cs="Calibri"/>
          <w:sz w:val="22"/>
        </w:rPr>
      </w:pPr>
    </w:p>
    <w:p w14:paraId="233E41BD" w14:textId="79833D15" w:rsidR="00FF25BA" w:rsidRPr="00736781" w:rsidRDefault="00FF25BA" w:rsidP="00FF25BA">
      <w:pPr>
        <w:spacing w:after="0" w:line="240" w:lineRule="auto"/>
        <w:rPr>
          <w:rFonts w:ascii="Calibri" w:hAnsi="Calibri" w:cs="Calibri"/>
          <w:sz w:val="22"/>
        </w:rPr>
      </w:pPr>
      <w:r w:rsidRPr="00736781">
        <w:rPr>
          <w:rFonts w:ascii="Calibri" w:hAnsi="Calibri" w:cs="Calibri"/>
          <w:sz w:val="22"/>
        </w:rPr>
        <w:t>Information Security / IT review summary:</w:t>
      </w:r>
    </w:p>
    <w:p w14:paraId="2A402FA1" w14:textId="77777777" w:rsidR="006F23D6" w:rsidRDefault="006F23D6" w:rsidP="00FF25BA">
      <w:pPr>
        <w:spacing w:after="0" w:line="240" w:lineRule="auto"/>
        <w:rPr>
          <w:rFonts w:ascii="Calibri" w:hAnsi="Calibri" w:cs="Calibri"/>
          <w:sz w:val="22"/>
        </w:rPr>
      </w:pPr>
    </w:p>
    <w:p w14:paraId="13CF11FB" w14:textId="22530550" w:rsidR="00FF25BA" w:rsidRPr="00736781" w:rsidRDefault="00FF25BA" w:rsidP="00FF25BA">
      <w:pPr>
        <w:spacing w:after="0" w:line="240" w:lineRule="auto"/>
        <w:rPr>
          <w:rFonts w:ascii="Calibri" w:hAnsi="Calibri" w:cs="Calibri"/>
          <w:sz w:val="22"/>
        </w:rPr>
      </w:pPr>
      <w:r w:rsidRPr="00736781">
        <w:rPr>
          <w:rFonts w:ascii="Calibri" w:hAnsi="Calibri" w:cs="Calibri"/>
          <w:sz w:val="22"/>
        </w:rPr>
        <w:t>Vendor Management review summary</w:t>
      </w:r>
      <w:r w:rsidR="006F23D6">
        <w:rPr>
          <w:rFonts w:ascii="Calibri" w:hAnsi="Calibri" w:cs="Calibri"/>
          <w:sz w:val="22"/>
        </w:rPr>
        <w:t xml:space="preserve"> (If applicable)</w:t>
      </w:r>
      <w:r w:rsidRPr="00736781">
        <w:rPr>
          <w:rFonts w:ascii="Calibri" w:hAnsi="Calibri" w:cs="Calibri"/>
          <w:sz w:val="22"/>
        </w:rPr>
        <w:t>:</w:t>
      </w:r>
    </w:p>
    <w:p w14:paraId="1678388A" w14:textId="77777777" w:rsidR="006F23D6" w:rsidRDefault="006F23D6" w:rsidP="00FF25BA">
      <w:pPr>
        <w:spacing w:after="0" w:line="240" w:lineRule="auto"/>
        <w:rPr>
          <w:rFonts w:ascii="Calibri" w:hAnsi="Calibri" w:cs="Calibri"/>
          <w:sz w:val="22"/>
        </w:rPr>
      </w:pPr>
    </w:p>
    <w:p w14:paraId="1B9DE793" w14:textId="1D1DCA9F" w:rsidR="00FF25BA" w:rsidRPr="00736781" w:rsidRDefault="00FF25BA" w:rsidP="00FF25BA">
      <w:pPr>
        <w:spacing w:after="0" w:line="240" w:lineRule="auto"/>
        <w:rPr>
          <w:rFonts w:ascii="Calibri" w:hAnsi="Calibri" w:cs="Calibri"/>
          <w:sz w:val="22"/>
        </w:rPr>
      </w:pPr>
      <w:r w:rsidRPr="00736781">
        <w:rPr>
          <w:rFonts w:ascii="Calibri" w:hAnsi="Calibri" w:cs="Calibri"/>
          <w:sz w:val="22"/>
        </w:rPr>
        <w:t>Other review</w:t>
      </w:r>
      <w:r w:rsidR="006F23D6">
        <w:rPr>
          <w:rFonts w:ascii="Calibri" w:hAnsi="Calibri" w:cs="Calibri"/>
          <w:sz w:val="22"/>
        </w:rPr>
        <w:t>s</w:t>
      </w:r>
      <w:r w:rsidRPr="00736781">
        <w:rPr>
          <w:rFonts w:ascii="Calibri" w:hAnsi="Calibri" w:cs="Calibri"/>
          <w:sz w:val="22"/>
        </w:rPr>
        <w:t xml:space="preserve"> summary:</w:t>
      </w:r>
    </w:p>
    <w:p w14:paraId="43BFE33B" w14:textId="77777777" w:rsidR="00157EC0" w:rsidRDefault="00157EC0" w:rsidP="00FF25BA">
      <w:pPr>
        <w:pStyle w:val="Heading1"/>
        <w:spacing w:before="0" w:line="240" w:lineRule="auto"/>
        <w:rPr>
          <w:rFonts w:ascii="Calibri" w:hAnsi="Calibri" w:cs="Calibri"/>
          <w:b w:val="0"/>
          <w:bCs w:val="0"/>
          <w:color w:val="auto"/>
          <w:sz w:val="22"/>
          <w:szCs w:val="22"/>
        </w:rPr>
      </w:pPr>
    </w:p>
    <w:p w14:paraId="14A34864" w14:textId="20F72129" w:rsidR="00FF25BA" w:rsidRPr="00157EC0" w:rsidRDefault="00FF25BA" w:rsidP="00157EC0">
      <w:pPr>
        <w:pStyle w:val="Heading1"/>
        <w:pBdr>
          <w:bottom w:val="single" w:sz="4" w:space="1" w:color="auto"/>
        </w:pBdr>
        <w:spacing w:before="0" w:line="240" w:lineRule="auto"/>
        <w:jc w:val="center"/>
        <w:rPr>
          <w:rFonts w:ascii="Calibri" w:hAnsi="Calibri" w:cs="Calibri"/>
          <w:color w:val="auto"/>
          <w:sz w:val="32"/>
          <w:szCs w:val="32"/>
        </w:rPr>
      </w:pPr>
      <w:r w:rsidRPr="00157EC0">
        <w:rPr>
          <w:rFonts w:ascii="Calibri" w:hAnsi="Calibri" w:cs="Calibri"/>
          <w:color w:val="auto"/>
          <w:sz w:val="32"/>
          <w:szCs w:val="32"/>
        </w:rPr>
        <w:t>Final Committee Decision</w:t>
      </w:r>
    </w:p>
    <w:p w14:paraId="571CDA6D" w14:textId="46A385A7" w:rsidR="00FF25BA" w:rsidRPr="00736781" w:rsidRDefault="00FF25BA" w:rsidP="00FF25BA">
      <w:pPr>
        <w:spacing w:after="0" w:line="240" w:lineRule="auto"/>
        <w:rPr>
          <w:rFonts w:ascii="Calibri" w:hAnsi="Calibri" w:cs="Calibri"/>
          <w:sz w:val="22"/>
        </w:rPr>
      </w:pPr>
      <w:r w:rsidRPr="00736781">
        <w:rPr>
          <w:rFonts w:ascii="Calibri" w:hAnsi="Calibri" w:cs="Calibri"/>
          <w:sz w:val="22"/>
        </w:rPr>
        <w:t xml:space="preserve">Final committee decision date: </w:t>
      </w:r>
    </w:p>
    <w:p w14:paraId="08F466FC" w14:textId="77777777" w:rsidR="00FF25BA" w:rsidRPr="00736781" w:rsidRDefault="00FF25BA" w:rsidP="00FF25BA">
      <w:pPr>
        <w:spacing w:after="0" w:line="240" w:lineRule="auto"/>
        <w:rPr>
          <w:rFonts w:ascii="Calibri" w:hAnsi="Calibri" w:cs="Calibri"/>
          <w:sz w:val="22"/>
        </w:rPr>
      </w:pPr>
      <w:r w:rsidRPr="00736781">
        <w:rPr>
          <w:rFonts w:ascii="Calibri" w:hAnsi="Calibri" w:cs="Calibri"/>
          <w:sz w:val="22"/>
        </w:rPr>
        <w:t>Final disposition:</w:t>
      </w:r>
    </w:p>
    <w:p w14:paraId="231F8DCB" w14:textId="77777777" w:rsidR="00FF25BA" w:rsidRPr="00736781" w:rsidRDefault="00FF25BA" w:rsidP="00FF25BA">
      <w:pPr>
        <w:spacing w:after="0" w:line="240" w:lineRule="auto"/>
        <w:ind w:left="216"/>
        <w:rPr>
          <w:rFonts w:ascii="Calibri" w:hAnsi="Calibri" w:cs="Calibri"/>
          <w:sz w:val="22"/>
        </w:rPr>
      </w:pPr>
      <w:sdt>
        <w:sdtPr>
          <w:rPr>
            <w:rFonts w:ascii="Calibri" w:hAnsi="Calibri" w:cs="Calibri"/>
            <w:sz w:val="22"/>
          </w:rPr>
          <w:alias w:val="Approved without comment and logged"/>
          <w:tag w:val="final_disposition_1"/>
          <w:id w:val="19255173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367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736781">
        <w:rPr>
          <w:rFonts w:ascii="Calibri" w:hAnsi="Calibri" w:cs="Calibri"/>
          <w:sz w:val="22"/>
        </w:rPr>
        <w:t xml:space="preserve">  Approved without comment and logged</w:t>
      </w:r>
    </w:p>
    <w:p w14:paraId="0C8F59B9" w14:textId="77777777" w:rsidR="00FF25BA" w:rsidRPr="00736781" w:rsidRDefault="00FF25BA" w:rsidP="00FF25BA">
      <w:pPr>
        <w:spacing w:after="0" w:line="240" w:lineRule="auto"/>
        <w:ind w:left="216"/>
        <w:rPr>
          <w:rFonts w:ascii="Calibri" w:hAnsi="Calibri" w:cs="Calibri"/>
          <w:sz w:val="22"/>
        </w:rPr>
      </w:pPr>
      <w:sdt>
        <w:sdtPr>
          <w:rPr>
            <w:rFonts w:ascii="Calibri" w:hAnsi="Calibri" w:cs="Calibri"/>
            <w:sz w:val="22"/>
          </w:rPr>
          <w:alias w:val="Approved with conditions and documented on use case and/or A"/>
          <w:tag w:val="final_disposition_2"/>
          <w:id w:val="677545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367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736781">
        <w:rPr>
          <w:rFonts w:ascii="Calibri" w:hAnsi="Calibri" w:cs="Calibri"/>
          <w:sz w:val="22"/>
        </w:rPr>
        <w:t xml:space="preserve">  Approved with conditions and documented on use case and/or AI systems tracking sheet</w:t>
      </w:r>
    </w:p>
    <w:p w14:paraId="7271D1CA" w14:textId="77777777" w:rsidR="00FF25BA" w:rsidRPr="00736781" w:rsidRDefault="00FF25BA" w:rsidP="00FF25BA">
      <w:pPr>
        <w:spacing w:after="0" w:line="240" w:lineRule="auto"/>
        <w:ind w:left="216"/>
        <w:rPr>
          <w:rFonts w:ascii="Calibri" w:hAnsi="Calibri" w:cs="Calibri"/>
          <w:sz w:val="22"/>
        </w:rPr>
      </w:pPr>
      <w:sdt>
        <w:sdtPr>
          <w:rPr>
            <w:rFonts w:ascii="Calibri" w:hAnsi="Calibri" w:cs="Calibri"/>
            <w:sz w:val="22"/>
          </w:rPr>
          <w:alias w:val="Denied with rationale communicated to requester and logged"/>
          <w:tag w:val="final_disposition_3"/>
          <w:id w:val="9287195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367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736781">
        <w:rPr>
          <w:rFonts w:ascii="Calibri" w:hAnsi="Calibri" w:cs="Calibri"/>
          <w:sz w:val="22"/>
        </w:rPr>
        <w:t xml:space="preserve">  Denied with rationale communicated to requester and logged</w:t>
      </w:r>
    </w:p>
    <w:p w14:paraId="138A2C72" w14:textId="77777777" w:rsidR="00FF25BA" w:rsidRPr="00736781" w:rsidRDefault="00FF25BA" w:rsidP="00FF25BA">
      <w:pPr>
        <w:spacing w:after="0" w:line="240" w:lineRule="auto"/>
        <w:ind w:left="216"/>
        <w:rPr>
          <w:rFonts w:ascii="Calibri" w:hAnsi="Calibri" w:cs="Calibri"/>
          <w:sz w:val="22"/>
        </w:rPr>
      </w:pPr>
      <w:sdt>
        <w:sdtPr>
          <w:rPr>
            <w:rFonts w:ascii="Calibri" w:hAnsi="Calibri" w:cs="Calibri"/>
            <w:sz w:val="22"/>
          </w:rPr>
          <w:alias w:val="Deferred pending additional information or review"/>
          <w:tag w:val="final_disposition_4"/>
          <w:id w:val="1429000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367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736781">
        <w:rPr>
          <w:rFonts w:ascii="Calibri" w:hAnsi="Calibri" w:cs="Calibri"/>
          <w:sz w:val="22"/>
        </w:rPr>
        <w:t xml:space="preserve">  Deferred pending additional information or review</w:t>
      </w:r>
    </w:p>
    <w:p w14:paraId="614F581D" w14:textId="77777777" w:rsidR="00157EC0" w:rsidRDefault="00157EC0" w:rsidP="00FF25BA">
      <w:pPr>
        <w:spacing w:after="0" w:line="240" w:lineRule="auto"/>
        <w:rPr>
          <w:rFonts w:ascii="Calibri" w:hAnsi="Calibri" w:cs="Calibri"/>
          <w:sz w:val="22"/>
        </w:rPr>
      </w:pPr>
    </w:p>
    <w:p w14:paraId="0114F658" w14:textId="77777777" w:rsidR="00157EC0" w:rsidRPr="00736781" w:rsidRDefault="00157EC0" w:rsidP="00157EC0">
      <w:pPr>
        <w:spacing w:after="0" w:line="240" w:lineRule="auto"/>
        <w:rPr>
          <w:rFonts w:ascii="Calibri" w:hAnsi="Calibri" w:cs="Calibri"/>
          <w:sz w:val="22"/>
        </w:rPr>
      </w:pPr>
      <w:r w:rsidRPr="00736781">
        <w:rPr>
          <w:rFonts w:ascii="Calibri" w:hAnsi="Calibri" w:cs="Calibri"/>
          <w:sz w:val="22"/>
        </w:rPr>
        <w:t xml:space="preserve">Use case tracking sheet updated by/date: </w:t>
      </w:r>
    </w:p>
    <w:p w14:paraId="2AB76828" w14:textId="69C9CEE3" w:rsidR="00157EC0" w:rsidRPr="00736781" w:rsidRDefault="00157EC0" w:rsidP="00157EC0">
      <w:pPr>
        <w:spacing w:after="0" w:line="240" w:lineRule="auto"/>
        <w:rPr>
          <w:rFonts w:ascii="Calibri" w:hAnsi="Calibri" w:cs="Calibri"/>
          <w:sz w:val="22"/>
        </w:rPr>
      </w:pPr>
      <w:r w:rsidRPr="00736781">
        <w:rPr>
          <w:rFonts w:ascii="Calibri" w:hAnsi="Calibri" w:cs="Calibri"/>
          <w:sz w:val="22"/>
        </w:rPr>
        <w:t>Required training, user guidance, or acceptable-use instructions</w:t>
      </w:r>
      <w:r>
        <w:rPr>
          <w:rFonts w:ascii="Calibri" w:hAnsi="Calibri" w:cs="Calibri"/>
          <w:sz w:val="22"/>
        </w:rPr>
        <w:t xml:space="preserve"> (If applicable)</w:t>
      </w:r>
      <w:r w:rsidRPr="00736781">
        <w:rPr>
          <w:rFonts w:ascii="Calibri" w:hAnsi="Calibri" w:cs="Calibri"/>
          <w:sz w:val="22"/>
        </w:rPr>
        <w:t>:</w:t>
      </w:r>
    </w:p>
    <w:p w14:paraId="3278B985" w14:textId="77777777" w:rsidR="00157EC0" w:rsidRPr="00736781" w:rsidRDefault="00157EC0" w:rsidP="00157EC0">
      <w:pPr>
        <w:spacing w:after="0" w:line="240" w:lineRule="auto"/>
        <w:rPr>
          <w:rFonts w:ascii="Calibri" w:hAnsi="Calibri" w:cs="Calibri"/>
          <w:sz w:val="22"/>
        </w:rPr>
      </w:pPr>
      <w:r w:rsidRPr="00736781">
        <w:rPr>
          <w:rFonts w:ascii="Calibri" w:hAnsi="Calibri" w:cs="Calibri"/>
          <w:sz w:val="22"/>
        </w:rPr>
        <w:t xml:space="preserve">AI systems tracking sheet updated by/date, if applicable: </w:t>
      </w:r>
    </w:p>
    <w:p w14:paraId="4F925710" w14:textId="77777777" w:rsidR="00157EC0" w:rsidRPr="00736781" w:rsidRDefault="00157EC0" w:rsidP="00157EC0">
      <w:pPr>
        <w:spacing w:after="0" w:line="240" w:lineRule="auto"/>
        <w:rPr>
          <w:rFonts w:ascii="Calibri" w:hAnsi="Calibri" w:cs="Calibri"/>
          <w:sz w:val="22"/>
        </w:rPr>
      </w:pPr>
      <w:r w:rsidRPr="00736781">
        <w:rPr>
          <w:rFonts w:ascii="Calibri" w:hAnsi="Calibri" w:cs="Calibri"/>
          <w:sz w:val="22"/>
        </w:rPr>
        <w:t xml:space="preserve">Vendor review required or completed by/date, if applicable: </w:t>
      </w:r>
    </w:p>
    <w:p w14:paraId="36D7C0D8" w14:textId="0A22137C" w:rsidR="00FF25BA" w:rsidRPr="00736781" w:rsidRDefault="00FF25BA" w:rsidP="00FF25BA">
      <w:pPr>
        <w:spacing w:after="0" w:line="240" w:lineRule="auto"/>
        <w:rPr>
          <w:rFonts w:ascii="Calibri" w:hAnsi="Calibri" w:cs="Calibri"/>
          <w:sz w:val="22"/>
        </w:rPr>
      </w:pPr>
      <w:r w:rsidRPr="00736781">
        <w:rPr>
          <w:rFonts w:ascii="Calibri" w:hAnsi="Calibri" w:cs="Calibri"/>
          <w:sz w:val="22"/>
        </w:rPr>
        <w:t xml:space="preserve">Final decision </w:t>
      </w:r>
      <w:r w:rsidR="00157EC0">
        <w:rPr>
          <w:rFonts w:ascii="Calibri" w:hAnsi="Calibri" w:cs="Calibri"/>
          <w:sz w:val="22"/>
        </w:rPr>
        <w:t>remarks\conditions</w:t>
      </w:r>
      <w:r w:rsidRPr="00736781">
        <w:rPr>
          <w:rFonts w:ascii="Calibri" w:hAnsi="Calibri" w:cs="Calibri"/>
          <w:sz w:val="22"/>
        </w:rPr>
        <w:t>:</w:t>
      </w:r>
    </w:p>
    <w:p w14:paraId="5C71FEA7" w14:textId="77777777" w:rsidR="00157EC0" w:rsidRPr="00736781" w:rsidRDefault="00157EC0">
      <w:pPr>
        <w:spacing w:after="0" w:line="240" w:lineRule="auto"/>
        <w:rPr>
          <w:rFonts w:ascii="Calibri" w:hAnsi="Calibri" w:cs="Calibri"/>
          <w:sz w:val="22"/>
        </w:rPr>
      </w:pPr>
    </w:p>
    <w:sectPr w:rsidR="00157EC0" w:rsidRPr="00736781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0C1C3" w14:textId="77777777" w:rsidR="00FE4A2F" w:rsidRDefault="00FE4A2F">
      <w:pPr>
        <w:spacing w:after="0" w:line="240" w:lineRule="auto"/>
      </w:pPr>
      <w:r>
        <w:separator/>
      </w:r>
    </w:p>
  </w:endnote>
  <w:endnote w:type="continuationSeparator" w:id="0">
    <w:p w14:paraId="6107EF9B" w14:textId="77777777" w:rsidR="00FE4A2F" w:rsidRDefault="00FE4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72FBB" w14:textId="77777777" w:rsidR="00FE4A2F" w:rsidRDefault="00FE4A2F">
      <w:pPr>
        <w:spacing w:after="0" w:line="240" w:lineRule="auto"/>
      </w:pPr>
      <w:r>
        <w:separator/>
      </w:r>
    </w:p>
  </w:footnote>
  <w:footnote w:type="continuationSeparator" w:id="0">
    <w:p w14:paraId="50372C84" w14:textId="77777777" w:rsidR="00FE4A2F" w:rsidRDefault="00FE4A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4868764">
    <w:abstractNumId w:val="8"/>
  </w:num>
  <w:num w:numId="2" w16cid:durableId="1279945557">
    <w:abstractNumId w:val="6"/>
  </w:num>
  <w:num w:numId="3" w16cid:durableId="815533194">
    <w:abstractNumId w:val="5"/>
  </w:num>
  <w:num w:numId="4" w16cid:durableId="927926984">
    <w:abstractNumId w:val="4"/>
  </w:num>
  <w:num w:numId="5" w16cid:durableId="1074357887">
    <w:abstractNumId w:val="7"/>
  </w:num>
  <w:num w:numId="6" w16cid:durableId="1800227443">
    <w:abstractNumId w:val="3"/>
  </w:num>
  <w:num w:numId="7" w16cid:durableId="757093125">
    <w:abstractNumId w:val="2"/>
  </w:num>
  <w:num w:numId="8" w16cid:durableId="913129850">
    <w:abstractNumId w:val="1"/>
  </w:num>
  <w:num w:numId="9" w16cid:durableId="2042321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7EC0"/>
    <w:rsid w:val="001C2076"/>
    <w:rsid w:val="00244D0D"/>
    <w:rsid w:val="0029639D"/>
    <w:rsid w:val="00326F90"/>
    <w:rsid w:val="00546D02"/>
    <w:rsid w:val="006F23D6"/>
    <w:rsid w:val="00736781"/>
    <w:rsid w:val="00AA1D8D"/>
    <w:rsid w:val="00B20431"/>
    <w:rsid w:val="00B47730"/>
    <w:rsid w:val="00CB0664"/>
    <w:rsid w:val="00FC693F"/>
    <w:rsid w:val="00FE4A2F"/>
    <w:rsid w:val="00FF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EFE7B6"/>
  <w14:defaultImageDpi w14:val="300"/>
  <w15:docId w15:val="{36B6C616-5776-45EB-A124-133662475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263</Words>
  <Characters>3882</Characters>
  <Application>Microsoft Office Word</Application>
  <DocSecurity>0</DocSecurity>
  <Lines>62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rbeachy@sturgis.bank</dc:creator>
  <cp:keywords/>
  <dc:description/>
  <cp:lastModifiedBy>Rob Beachy</cp:lastModifiedBy>
  <cp:revision>4</cp:revision>
  <dcterms:created xsi:type="dcterms:W3CDTF">2013-12-23T23:15:00Z</dcterms:created>
  <dcterms:modified xsi:type="dcterms:W3CDTF">2026-05-28T12:23:00Z</dcterms:modified>
  <cp:category/>
</cp:coreProperties>
</file>